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E8A13" w14:textId="77777777" w:rsidR="0070234E" w:rsidRPr="0070234E" w:rsidRDefault="0070234E" w:rsidP="0070234E">
      <w:pPr>
        <w:spacing w:after="0" w:line="240" w:lineRule="auto"/>
        <w:jc w:val="center"/>
        <w:rPr>
          <w:szCs w:val="24"/>
          <w:lang w:val="ru-RU"/>
        </w:rPr>
      </w:pPr>
      <w:r w:rsidRPr="0070234E">
        <w:rPr>
          <w:szCs w:val="24"/>
          <w:lang w:val="ru-RU"/>
        </w:rPr>
        <w:t>Муниципальное а</w:t>
      </w:r>
      <w:r w:rsidRPr="0070234E">
        <w:rPr>
          <w:szCs w:val="24"/>
          <w:lang w:val="tt-RU"/>
        </w:rPr>
        <w:t>втономное</w:t>
      </w:r>
      <w:r w:rsidRPr="0070234E">
        <w:rPr>
          <w:szCs w:val="24"/>
          <w:lang w:val="ru-RU"/>
        </w:rPr>
        <w:t xml:space="preserve"> дошкольное образовательное учреждение</w:t>
      </w:r>
    </w:p>
    <w:p w14:paraId="33A3D74A" w14:textId="77777777" w:rsidR="0070234E" w:rsidRPr="0070234E" w:rsidRDefault="0070234E" w:rsidP="0070234E">
      <w:pPr>
        <w:spacing w:after="0" w:line="240" w:lineRule="auto"/>
        <w:jc w:val="center"/>
        <w:rPr>
          <w:szCs w:val="24"/>
          <w:lang w:val="ru-RU"/>
        </w:rPr>
      </w:pPr>
      <w:r w:rsidRPr="0070234E">
        <w:rPr>
          <w:szCs w:val="24"/>
          <w:lang w:val="ru-RU"/>
        </w:rPr>
        <w:t xml:space="preserve">«Детский сад </w:t>
      </w:r>
      <w:r w:rsidRPr="0070234E">
        <w:rPr>
          <w:szCs w:val="24"/>
          <w:lang w:val="tt-RU"/>
        </w:rPr>
        <w:t>комбинированного</w:t>
      </w:r>
      <w:r w:rsidRPr="0070234E">
        <w:rPr>
          <w:szCs w:val="24"/>
          <w:lang w:val="ru-RU"/>
        </w:rPr>
        <w:t xml:space="preserve"> вида №</w:t>
      </w:r>
      <w:r w:rsidRPr="0070234E">
        <w:rPr>
          <w:szCs w:val="24"/>
          <w:lang w:val="tt-RU"/>
        </w:rPr>
        <w:t>42</w:t>
      </w:r>
      <w:r w:rsidRPr="0070234E">
        <w:rPr>
          <w:szCs w:val="24"/>
          <w:lang w:val="ru-RU"/>
        </w:rPr>
        <w:t>»</w:t>
      </w:r>
    </w:p>
    <w:p w14:paraId="2F870A4D" w14:textId="77777777" w:rsidR="0070234E" w:rsidRPr="0070234E" w:rsidRDefault="0070234E" w:rsidP="0070234E">
      <w:pPr>
        <w:spacing w:after="0" w:line="240" w:lineRule="auto"/>
        <w:jc w:val="center"/>
        <w:rPr>
          <w:szCs w:val="24"/>
        </w:rPr>
      </w:pPr>
      <w:proofErr w:type="spellStart"/>
      <w:r w:rsidRPr="0070234E">
        <w:rPr>
          <w:szCs w:val="24"/>
        </w:rPr>
        <w:t>Нижнекамского</w:t>
      </w:r>
      <w:proofErr w:type="spellEnd"/>
      <w:r w:rsidRPr="0070234E">
        <w:rPr>
          <w:szCs w:val="24"/>
        </w:rPr>
        <w:t xml:space="preserve"> </w:t>
      </w:r>
      <w:proofErr w:type="spellStart"/>
      <w:r w:rsidRPr="0070234E">
        <w:rPr>
          <w:szCs w:val="24"/>
        </w:rPr>
        <w:t>муниципального</w:t>
      </w:r>
      <w:proofErr w:type="spellEnd"/>
      <w:r w:rsidRPr="0070234E">
        <w:rPr>
          <w:szCs w:val="24"/>
        </w:rPr>
        <w:t xml:space="preserve"> </w:t>
      </w:r>
      <w:proofErr w:type="spellStart"/>
      <w:r w:rsidRPr="0070234E">
        <w:rPr>
          <w:szCs w:val="24"/>
        </w:rPr>
        <w:t>района</w:t>
      </w:r>
      <w:proofErr w:type="spellEnd"/>
      <w:r w:rsidRPr="0070234E">
        <w:rPr>
          <w:szCs w:val="24"/>
        </w:rPr>
        <w:t xml:space="preserve"> </w:t>
      </w:r>
      <w:proofErr w:type="spellStart"/>
      <w:r w:rsidRPr="0070234E">
        <w:rPr>
          <w:szCs w:val="24"/>
        </w:rPr>
        <w:t>Республики</w:t>
      </w:r>
      <w:proofErr w:type="spellEnd"/>
      <w:r w:rsidRPr="0070234E">
        <w:rPr>
          <w:szCs w:val="24"/>
        </w:rPr>
        <w:t xml:space="preserve"> </w:t>
      </w:r>
      <w:proofErr w:type="spellStart"/>
      <w:r w:rsidRPr="0070234E">
        <w:rPr>
          <w:szCs w:val="24"/>
        </w:rPr>
        <w:t>Татарстан</w:t>
      </w:r>
      <w:proofErr w:type="spellEnd"/>
    </w:p>
    <w:p w14:paraId="6AA2EC55" w14:textId="77777777" w:rsidR="0070234E" w:rsidRPr="0070234E" w:rsidRDefault="0070234E" w:rsidP="0070234E">
      <w:pPr>
        <w:spacing w:after="960"/>
        <w:jc w:val="center"/>
        <w:rPr>
          <w:lang w:val="ru-RU"/>
        </w:rPr>
      </w:pPr>
    </w:p>
    <w:tbl>
      <w:tblPr>
        <w:tblpPr w:leftFromText="180" w:rightFromText="180" w:vertAnchor="page" w:horzAnchor="margin" w:tblpXSpec="center" w:tblpY="2773"/>
        <w:tblW w:w="10173" w:type="dxa"/>
        <w:tblLook w:val="00A0" w:firstRow="1" w:lastRow="0" w:firstColumn="1" w:lastColumn="0" w:noHBand="0" w:noVBand="0"/>
      </w:tblPr>
      <w:tblGrid>
        <w:gridCol w:w="5495"/>
        <w:gridCol w:w="4678"/>
      </w:tblGrid>
      <w:tr w:rsidR="0070234E" w:rsidRPr="0070234E" w14:paraId="618BDAB2" w14:textId="77777777" w:rsidTr="00CF4D00">
        <w:trPr>
          <w:trHeight w:val="1408"/>
        </w:trPr>
        <w:tc>
          <w:tcPr>
            <w:tcW w:w="5495" w:type="dxa"/>
          </w:tcPr>
          <w:p w14:paraId="07517A35" w14:textId="77777777" w:rsidR="0070234E" w:rsidRPr="0070234E" w:rsidRDefault="0070234E" w:rsidP="0070234E">
            <w:pPr>
              <w:spacing w:after="0" w:line="240" w:lineRule="auto"/>
              <w:ind w:left="284" w:right="-675" w:hanging="284"/>
              <w:rPr>
                <w:spacing w:val="-1"/>
                <w:szCs w:val="24"/>
                <w:lang w:val="ru-RU"/>
              </w:rPr>
            </w:pPr>
            <w:r w:rsidRPr="0070234E">
              <w:rPr>
                <w:spacing w:val="-1"/>
                <w:szCs w:val="24"/>
                <w:lang w:val="ru-RU"/>
              </w:rPr>
              <w:t>ПРИНЯТО</w:t>
            </w:r>
          </w:p>
          <w:p w14:paraId="5BCA0A5C" w14:textId="77777777" w:rsidR="0070234E" w:rsidRPr="0070234E" w:rsidRDefault="0070234E" w:rsidP="0070234E">
            <w:pPr>
              <w:spacing w:after="0" w:line="240" w:lineRule="auto"/>
              <w:ind w:left="284" w:hanging="284"/>
              <w:rPr>
                <w:spacing w:val="-1"/>
                <w:szCs w:val="24"/>
                <w:lang w:val="ru-RU"/>
              </w:rPr>
            </w:pPr>
            <w:r w:rsidRPr="0070234E">
              <w:rPr>
                <w:spacing w:val="-1"/>
                <w:szCs w:val="24"/>
                <w:lang w:val="ru-RU"/>
              </w:rPr>
              <w:t>на педагогическом совете</w:t>
            </w:r>
          </w:p>
          <w:p w14:paraId="70FC53B8" w14:textId="77777777" w:rsidR="0070234E" w:rsidRPr="0070234E" w:rsidRDefault="0070234E" w:rsidP="0070234E">
            <w:pPr>
              <w:spacing w:after="0" w:line="240" w:lineRule="auto"/>
              <w:ind w:left="284" w:hanging="284"/>
              <w:rPr>
                <w:spacing w:val="-1"/>
                <w:szCs w:val="24"/>
                <w:lang w:val="ru-RU"/>
              </w:rPr>
            </w:pPr>
            <w:r w:rsidRPr="0070234E">
              <w:rPr>
                <w:spacing w:val="-1"/>
                <w:szCs w:val="24"/>
                <w:lang w:val="ru-RU"/>
              </w:rPr>
              <w:t xml:space="preserve">Протокол № </w:t>
            </w:r>
            <w:r w:rsidRPr="0070234E">
              <w:rPr>
                <w:spacing w:val="-1"/>
                <w:szCs w:val="24"/>
                <w:u w:val="single"/>
                <w:lang w:val="ru-RU"/>
              </w:rPr>
              <w:t>1</w:t>
            </w:r>
          </w:p>
          <w:p w14:paraId="1B24B40E" w14:textId="77777777" w:rsidR="0070234E" w:rsidRPr="0070234E" w:rsidRDefault="0070234E" w:rsidP="0070234E">
            <w:pPr>
              <w:spacing w:after="0" w:line="240" w:lineRule="auto"/>
              <w:ind w:left="284" w:hanging="284"/>
              <w:rPr>
                <w:spacing w:val="-1"/>
                <w:szCs w:val="24"/>
              </w:rPr>
            </w:pPr>
            <w:proofErr w:type="spellStart"/>
            <w:r w:rsidRPr="0070234E">
              <w:rPr>
                <w:spacing w:val="-1"/>
                <w:szCs w:val="24"/>
              </w:rPr>
              <w:t>от</w:t>
            </w:r>
            <w:proofErr w:type="spellEnd"/>
            <w:r w:rsidRPr="0070234E">
              <w:rPr>
                <w:spacing w:val="-1"/>
                <w:szCs w:val="24"/>
              </w:rPr>
              <w:t xml:space="preserve"> «____» _____________ 2026г. </w:t>
            </w:r>
          </w:p>
          <w:p w14:paraId="6A1C3A73" w14:textId="77777777" w:rsidR="0070234E" w:rsidRPr="0070234E" w:rsidRDefault="0070234E" w:rsidP="0070234E">
            <w:pPr>
              <w:spacing w:after="0" w:line="240" w:lineRule="auto"/>
              <w:rPr>
                <w:color w:val="FF0000"/>
                <w:szCs w:val="24"/>
              </w:rPr>
            </w:pPr>
          </w:p>
        </w:tc>
        <w:tc>
          <w:tcPr>
            <w:tcW w:w="4678" w:type="dxa"/>
          </w:tcPr>
          <w:p w14:paraId="57FB44EA" w14:textId="77777777" w:rsidR="0070234E" w:rsidRPr="0070234E" w:rsidRDefault="0070234E" w:rsidP="0070234E">
            <w:pPr>
              <w:spacing w:after="0" w:line="240" w:lineRule="auto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УТВЕРЖДАЮ</w:t>
            </w:r>
          </w:p>
          <w:p w14:paraId="5D8F9781" w14:textId="77777777" w:rsidR="0070234E" w:rsidRPr="0070234E" w:rsidRDefault="0070234E" w:rsidP="0070234E">
            <w:pPr>
              <w:spacing w:after="0" w:line="240" w:lineRule="auto"/>
              <w:ind w:left="34" w:hanging="2302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 xml:space="preserve">Заведующий МБДО    Заведующий </w:t>
            </w:r>
            <w:bookmarkStart w:id="0" w:name="_Hlk172282939"/>
            <w:r w:rsidRPr="0070234E">
              <w:rPr>
                <w:szCs w:val="24"/>
                <w:lang w:val="ru-RU"/>
              </w:rPr>
              <w:t>М</w:t>
            </w:r>
            <w:r w:rsidRPr="0070234E">
              <w:rPr>
                <w:szCs w:val="24"/>
                <w:lang w:val="tt-RU"/>
              </w:rPr>
              <w:t>А</w:t>
            </w:r>
            <w:r w:rsidRPr="0070234E">
              <w:rPr>
                <w:szCs w:val="24"/>
                <w:lang w:val="ru-RU"/>
              </w:rPr>
              <w:t>ДОУ «Детский сад комбинированного вида №</w:t>
            </w:r>
            <w:r w:rsidRPr="0070234E">
              <w:rPr>
                <w:szCs w:val="24"/>
                <w:lang w:val="tt-RU"/>
              </w:rPr>
              <w:t>42</w:t>
            </w:r>
            <w:r w:rsidRPr="0070234E">
              <w:rPr>
                <w:szCs w:val="24"/>
                <w:lang w:val="ru-RU"/>
              </w:rPr>
              <w:t>» НМР РТ</w:t>
            </w:r>
          </w:p>
          <w:bookmarkEnd w:id="0"/>
          <w:p w14:paraId="68B4092D" w14:textId="77777777" w:rsidR="0070234E" w:rsidRPr="0070234E" w:rsidRDefault="0070234E" w:rsidP="0070234E">
            <w:pPr>
              <w:spacing w:after="0" w:line="240" w:lineRule="auto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__________ /</w:t>
            </w:r>
            <w:r w:rsidRPr="0070234E">
              <w:rPr>
                <w:szCs w:val="24"/>
                <w:lang w:val="tt-RU"/>
              </w:rPr>
              <w:t>Л.В.Рушин</w:t>
            </w:r>
            <w:proofErr w:type="spellStart"/>
            <w:r w:rsidRPr="0070234E">
              <w:rPr>
                <w:szCs w:val="24"/>
                <w:lang w:val="ru-RU"/>
              </w:rPr>
              <w:t>цева</w:t>
            </w:r>
            <w:proofErr w:type="spellEnd"/>
          </w:p>
          <w:p w14:paraId="5DD0F0F7" w14:textId="77777777" w:rsidR="0070234E" w:rsidRPr="0070234E" w:rsidRDefault="0070234E" w:rsidP="0070234E">
            <w:pPr>
              <w:spacing w:after="0" w:line="240" w:lineRule="auto"/>
              <w:ind w:left="2302" w:hanging="2302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 xml:space="preserve">Вводится в действие на основании приказа </w:t>
            </w:r>
          </w:p>
          <w:p w14:paraId="33B929F8" w14:textId="77777777" w:rsidR="0070234E" w:rsidRPr="0070234E" w:rsidRDefault="0070234E" w:rsidP="0070234E">
            <w:pPr>
              <w:spacing w:after="0" w:line="240" w:lineRule="auto"/>
              <w:ind w:left="2302" w:hanging="2302"/>
              <w:rPr>
                <w:szCs w:val="24"/>
              </w:rPr>
            </w:pPr>
            <w:r w:rsidRPr="0070234E">
              <w:rPr>
                <w:szCs w:val="24"/>
              </w:rPr>
              <w:t xml:space="preserve">№ _____ </w:t>
            </w:r>
            <w:proofErr w:type="spellStart"/>
            <w:r w:rsidRPr="0070234E">
              <w:rPr>
                <w:szCs w:val="24"/>
              </w:rPr>
              <w:t>от</w:t>
            </w:r>
            <w:proofErr w:type="spellEnd"/>
            <w:r w:rsidRPr="0070234E">
              <w:rPr>
                <w:szCs w:val="24"/>
              </w:rPr>
              <w:t xml:space="preserve">  «___»__________2026г.</w:t>
            </w:r>
          </w:p>
        </w:tc>
      </w:tr>
    </w:tbl>
    <w:p w14:paraId="4A3CF9BE" w14:textId="22F6819D" w:rsidR="0070234E" w:rsidRPr="0070234E" w:rsidRDefault="0070234E" w:rsidP="004F2450">
      <w:pPr>
        <w:jc w:val="center"/>
        <w:rPr>
          <w:lang w:val="ru-RU"/>
        </w:rPr>
      </w:pPr>
      <w:r w:rsidRPr="0070234E">
        <w:rPr>
          <w:b/>
          <w:sz w:val="26"/>
          <w:lang w:val="ru-RU"/>
        </w:rPr>
        <w:br/>
      </w:r>
      <w:r w:rsidR="004F2450" w:rsidRPr="00AD403D">
        <w:rPr>
          <w:b/>
          <w:sz w:val="28"/>
          <w:lang w:val="ru-RU"/>
        </w:rPr>
        <w:t>ДОПОЛНИТЕЛЬНАЯ</w:t>
      </w:r>
      <w:r w:rsidR="00E4422E">
        <w:rPr>
          <w:b/>
          <w:sz w:val="28"/>
          <w:lang w:val="ru-RU"/>
        </w:rPr>
        <w:t xml:space="preserve"> </w:t>
      </w:r>
      <w:r w:rsidR="004F2450" w:rsidRPr="00AD403D">
        <w:rPr>
          <w:b/>
          <w:sz w:val="28"/>
          <w:lang w:val="ru-RU"/>
        </w:rPr>
        <w:t>ОБЩЕРАЗВИВАЮЩАЯ ПРОГРАММА</w:t>
      </w:r>
      <w:r w:rsidR="004F2450" w:rsidRPr="00AD403D">
        <w:rPr>
          <w:b/>
          <w:sz w:val="28"/>
          <w:lang w:val="ru-RU"/>
        </w:rPr>
        <w:br/>
        <w:t>ХУДОЖЕСТВЕННОЙ НАПРАВЛЕННОСТИ</w:t>
      </w:r>
    </w:p>
    <w:p w14:paraId="2045CAB6" w14:textId="77777777" w:rsidR="0070234E" w:rsidRPr="0070234E" w:rsidRDefault="0070234E" w:rsidP="0070234E">
      <w:pPr>
        <w:spacing w:before="240" w:after="240"/>
        <w:jc w:val="center"/>
        <w:rPr>
          <w:lang w:val="ru-RU"/>
        </w:rPr>
      </w:pPr>
      <w:r w:rsidRPr="0070234E">
        <w:rPr>
          <w:b/>
          <w:sz w:val="36"/>
          <w:lang w:val="ru-RU"/>
        </w:rPr>
        <w:t>«</w:t>
      </w:r>
      <w:r>
        <w:rPr>
          <w:b/>
          <w:sz w:val="36"/>
          <w:lang w:val="ru-RU"/>
        </w:rPr>
        <w:t>РЕМЕСЛЕННАЯ МАСТЕРСКАЯ</w:t>
      </w:r>
      <w:r w:rsidRPr="0070234E">
        <w:rPr>
          <w:b/>
          <w:sz w:val="36"/>
          <w:lang w:val="ru-RU"/>
        </w:rPr>
        <w:t>»</w:t>
      </w:r>
    </w:p>
    <w:p w14:paraId="4C56E69F" w14:textId="41A6671F" w:rsidR="004F2450" w:rsidRPr="004F2450" w:rsidRDefault="0070234E" w:rsidP="004F2450">
      <w:pPr>
        <w:spacing w:after="0"/>
        <w:jc w:val="center"/>
        <w:rPr>
          <w:sz w:val="28"/>
          <w:szCs w:val="28"/>
          <w:lang w:val="ru-RU"/>
        </w:rPr>
      </w:pPr>
      <w:r w:rsidRPr="004F2450">
        <w:rPr>
          <w:sz w:val="28"/>
          <w:szCs w:val="28"/>
          <w:lang w:val="ru-RU"/>
        </w:rPr>
        <w:t>Направленность: художественно-эстетическая</w:t>
      </w:r>
    </w:p>
    <w:p w14:paraId="3CDA4232" w14:textId="77777777" w:rsidR="004F2450" w:rsidRPr="004F2450" w:rsidRDefault="004F2450" w:rsidP="004F2450">
      <w:pPr>
        <w:spacing w:after="0"/>
        <w:jc w:val="center"/>
        <w:rPr>
          <w:sz w:val="28"/>
          <w:szCs w:val="28"/>
          <w:lang w:val="ru-RU"/>
        </w:rPr>
      </w:pPr>
      <w:r w:rsidRPr="004F2450">
        <w:rPr>
          <w:sz w:val="28"/>
          <w:szCs w:val="28"/>
          <w:lang w:val="ru-RU"/>
        </w:rPr>
        <w:t>Возраст обучающихся: 6–7 лет</w:t>
      </w:r>
    </w:p>
    <w:p w14:paraId="1C2A493D" w14:textId="77777777" w:rsidR="004F2450" w:rsidRPr="004F2450" w:rsidRDefault="004F2450" w:rsidP="004F2450">
      <w:pPr>
        <w:spacing w:after="0"/>
        <w:jc w:val="center"/>
        <w:rPr>
          <w:sz w:val="28"/>
          <w:szCs w:val="28"/>
          <w:lang w:val="ru-RU"/>
        </w:rPr>
      </w:pPr>
      <w:r w:rsidRPr="004F2450">
        <w:rPr>
          <w:sz w:val="28"/>
          <w:szCs w:val="28"/>
          <w:lang w:val="ru-RU"/>
        </w:rPr>
        <w:t>Срок реализации: 1 учебный год</w:t>
      </w:r>
    </w:p>
    <w:p w14:paraId="1D48712B" w14:textId="70521CBA" w:rsidR="004F2450" w:rsidRPr="004F2450" w:rsidRDefault="004F2450" w:rsidP="004F2450">
      <w:pPr>
        <w:spacing w:after="0"/>
        <w:jc w:val="center"/>
        <w:rPr>
          <w:sz w:val="28"/>
          <w:szCs w:val="28"/>
          <w:lang w:val="ru-RU"/>
        </w:rPr>
      </w:pPr>
      <w:r w:rsidRPr="004F2450">
        <w:rPr>
          <w:sz w:val="28"/>
          <w:szCs w:val="28"/>
          <w:lang w:val="ru-RU"/>
        </w:rPr>
        <w:t xml:space="preserve">Режим занятий: </w:t>
      </w:r>
      <w:r w:rsidRPr="004F2450">
        <w:rPr>
          <w:sz w:val="28"/>
          <w:szCs w:val="28"/>
          <w:lang w:val="ru-RU"/>
        </w:rPr>
        <w:t>2</w:t>
      </w:r>
      <w:r w:rsidRPr="004F2450">
        <w:rPr>
          <w:sz w:val="28"/>
          <w:szCs w:val="28"/>
          <w:lang w:val="ru-RU"/>
        </w:rPr>
        <w:t xml:space="preserve"> раз</w:t>
      </w:r>
      <w:r w:rsidRPr="004F2450">
        <w:rPr>
          <w:sz w:val="28"/>
          <w:szCs w:val="28"/>
          <w:lang w:val="ru-RU"/>
        </w:rPr>
        <w:t>а</w:t>
      </w:r>
      <w:r w:rsidRPr="004F2450">
        <w:rPr>
          <w:sz w:val="28"/>
          <w:szCs w:val="28"/>
          <w:lang w:val="ru-RU"/>
        </w:rPr>
        <w:t xml:space="preserve"> в неделю, 30 минут</w:t>
      </w:r>
    </w:p>
    <w:p w14:paraId="175F3E82" w14:textId="70729D42" w:rsidR="004F2450" w:rsidRPr="004F2450" w:rsidRDefault="004F2450" w:rsidP="004F2450">
      <w:pPr>
        <w:spacing w:after="0"/>
        <w:jc w:val="center"/>
        <w:rPr>
          <w:sz w:val="28"/>
          <w:szCs w:val="28"/>
          <w:lang w:val="ru-RU"/>
        </w:rPr>
      </w:pPr>
      <w:r w:rsidRPr="004F2450">
        <w:rPr>
          <w:sz w:val="28"/>
          <w:szCs w:val="28"/>
          <w:lang w:val="ru-RU"/>
        </w:rPr>
        <w:t xml:space="preserve">Объём программы: </w:t>
      </w:r>
      <w:r w:rsidRPr="004F2450">
        <w:rPr>
          <w:sz w:val="28"/>
          <w:szCs w:val="28"/>
          <w:lang w:val="ru-RU"/>
        </w:rPr>
        <w:t xml:space="preserve">64 </w:t>
      </w:r>
      <w:r w:rsidRPr="004F2450">
        <w:rPr>
          <w:sz w:val="28"/>
          <w:szCs w:val="28"/>
          <w:lang w:val="ru-RU"/>
        </w:rPr>
        <w:t>часа</w:t>
      </w:r>
    </w:p>
    <w:p w14:paraId="61D83E41" w14:textId="77777777" w:rsidR="004F2450" w:rsidRDefault="004F2450" w:rsidP="004F2450">
      <w:pPr>
        <w:jc w:val="center"/>
        <w:rPr>
          <w:sz w:val="26"/>
          <w:lang w:val="ru-RU"/>
        </w:rPr>
      </w:pPr>
    </w:p>
    <w:p w14:paraId="50001DB5" w14:textId="77777777" w:rsidR="004F2450" w:rsidRPr="004F2450" w:rsidRDefault="004F2450" w:rsidP="004F2450">
      <w:pPr>
        <w:spacing w:before="240" w:after="0"/>
        <w:jc w:val="right"/>
        <w:rPr>
          <w:sz w:val="28"/>
          <w:szCs w:val="28"/>
          <w:lang w:val="ru-RU"/>
        </w:rPr>
      </w:pPr>
      <w:r w:rsidRPr="004F2450">
        <w:rPr>
          <w:sz w:val="28"/>
          <w:szCs w:val="28"/>
          <w:lang w:val="ru-RU"/>
        </w:rPr>
        <w:t>Автор-разработчик:</w:t>
      </w:r>
    </w:p>
    <w:p w14:paraId="2F80928E" w14:textId="77777777" w:rsidR="004F2450" w:rsidRPr="004F2450" w:rsidRDefault="004F2450" w:rsidP="004F2450">
      <w:pPr>
        <w:spacing w:after="0"/>
        <w:jc w:val="right"/>
        <w:rPr>
          <w:sz w:val="28"/>
          <w:szCs w:val="28"/>
          <w:lang w:val="ru-RU"/>
        </w:rPr>
      </w:pPr>
      <w:proofErr w:type="spellStart"/>
      <w:r w:rsidRPr="004F2450">
        <w:rPr>
          <w:sz w:val="28"/>
          <w:szCs w:val="28"/>
          <w:lang w:val="ru-RU"/>
        </w:rPr>
        <w:t>Хундирякова</w:t>
      </w:r>
      <w:proofErr w:type="spellEnd"/>
      <w:r w:rsidRPr="004F2450">
        <w:rPr>
          <w:sz w:val="28"/>
          <w:szCs w:val="28"/>
          <w:lang w:val="ru-RU"/>
        </w:rPr>
        <w:t xml:space="preserve"> Айгуль </w:t>
      </w:r>
      <w:proofErr w:type="spellStart"/>
      <w:r w:rsidRPr="004F2450">
        <w:rPr>
          <w:sz w:val="28"/>
          <w:szCs w:val="28"/>
          <w:lang w:val="ru-RU"/>
        </w:rPr>
        <w:t>Талгатовна</w:t>
      </w:r>
      <w:proofErr w:type="spellEnd"/>
      <w:r w:rsidRPr="004F2450">
        <w:rPr>
          <w:sz w:val="28"/>
          <w:szCs w:val="28"/>
          <w:lang w:val="ru-RU"/>
        </w:rPr>
        <w:t xml:space="preserve">, </w:t>
      </w:r>
    </w:p>
    <w:p w14:paraId="73471A06" w14:textId="63BC5717" w:rsidR="004F2450" w:rsidRDefault="004F2450" w:rsidP="004F2450">
      <w:pPr>
        <w:spacing w:after="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Pr="004F2450">
        <w:rPr>
          <w:sz w:val="28"/>
          <w:szCs w:val="28"/>
          <w:lang w:val="ru-RU"/>
        </w:rPr>
        <w:t xml:space="preserve">оспитатель </w:t>
      </w:r>
    </w:p>
    <w:p w14:paraId="72831757" w14:textId="1485FCFC" w:rsidR="004F2450" w:rsidRPr="004F2450" w:rsidRDefault="004F2450" w:rsidP="004F2450">
      <w:pPr>
        <w:spacing w:after="0"/>
        <w:jc w:val="right"/>
        <w:rPr>
          <w:sz w:val="28"/>
          <w:szCs w:val="28"/>
          <w:lang w:val="ru-RU"/>
        </w:rPr>
      </w:pPr>
      <w:r w:rsidRPr="004F2450">
        <w:rPr>
          <w:sz w:val="28"/>
          <w:szCs w:val="28"/>
          <w:lang w:val="ru-RU"/>
        </w:rPr>
        <w:t>высшей квалификационной категории</w:t>
      </w:r>
    </w:p>
    <w:p w14:paraId="0945A60E" w14:textId="77777777" w:rsidR="004F2450" w:rsidRDefault="004F2450" w:rsidP="004F2450">
      <w:pPr>
        <w:jc w:val="center"/>
        <w:rPr>
          <w:lang w:val="ru-RU"/>
        </w:rPr>
      </w:pPr>
    </w:p>
    <w:p w14:paraId="3BEDB3BB" w14:textId="77777777" w:rsidR="004F2450" w:rsidRDefault="004F2450" w:rsidP="004F2450">
      <w:pPr>
        <w:rPr>
          <w:lang w:val="ru-RU"/>
        </w:rPr>
      </w:pPr>
    </w:p>
    <w:p w14:paraId="2914D0BF" w14:textId="77777777" w:rsidR="004F2450" w:rsidRPr="00AD403D" w:rsidRDefault="004F2450" w:rsidP="004F2450">
      <w:pPr>
        <w:rPr>
          <w:lang w:val="ru-RU"/>
        </w:rPr>
      </w:pPr>
    </w:p>
    <w:p w14:paraId="1E98F1A0" w14:textId="77777777" w:rsidR="004F2450" w:rsidRPr="00AD403D" w:rsidRDefault="004F2450" w:rsidP="004F2450">
      <w:pPr>
        <w:rPr>
          <w:lang w:val="ru-RU"/>
        </w:rPr>
      </w:pPr>
    </w:p>
    <w:p w14:paraId="6C7A507A" w14:textId="77777777" w:rsidR="004F2450" w:rsidRDefault="004F2450" w:rsidP="004F2450">
      <w:pPr>
        <w:jc w:val="center"/>
        <w:rPr>
          <w:lang w:val="ru-RU"/>
        </w:rPr>
      </w:pPr>
      <w:r w:rsidRPr="00AD403D">
        <w:rPr>
          <w:lang w:val="ru-RU"/>
        </w:rPr>
        <w:t>г. Нижнекамск, Республика Татарстан</w:t>
      </w:r>
    </w:p>
    <w:p w14:paraId="2B6E51DB" w14:textId="77777777" w:rsidR="004F2450" w:rsidRPr="00AD403D" w:rsidRDefault="004F2450" w:rsidP="004F2450">
      <w:pPr>
        <w:jc w:val="center"/>
        <w:rPr>
          <w:lang w:val="ru-RU"/>
        </w:rPr>
      </w:pPr>
      <w:r>
        <w:rPr>
          <w:lang w:val="ru-RU"/>
        </w:rPr>
        <w:t>2026г</w:t>
      </w:r>
    </w:p>
    <w:p w14:paraId="06C31106" w14:textId="77777777" w:rsidR="0070234E" w:rsidRPr="0070234E" w:rsidRDefault="0070234E" w:rsidP="0070234E">
      <w:pPr>
        <w:spacing w:after="0"/>
        <w:jc w:val="center"/>
        <w:rPr>
          <w:lang w:val="ru-RU"/>
        </w:rPr>
      </w:pPr>
    </w:p>
    <w:p w14:paraId="27E46485" w14:textId="77777777" w:rsidR="00E66AFB" w:rsidRPr="0070234E" w:rsidRDefault="00000000" w:rsidP="004F2450">
      <w:pPr>
        <w:spacing w:before="240"/>
        <w:jc w:val="center"/>
        <w:rPr>
          <w:lang w:val="ru-RU"/>
        </w:rPr>
      </w:pPr>
      <w:r w:rsidRPr="0070234E">
        <w:rPr>
          <w:b/>
          <w:sz w:val="28"/>
          <w:lang w:val="ru-RU"/>
        </w:rPr>
        <w:lastRenderedPageBreak/>
        <w:t>ПОЯСНИТЕЛЬНАЯ ЗАПИСКА</w:t>
      </w:r>
    </w:p>
    <w:p w14:paraId="7FF108BF" w14:textId="77777777" w:rsidR="00E66AFB" w:rsidRPr="0070234E" w:rsidRDefault="00000000" w:rsidP="0070234E">
      <w:pPr>
        <w:ind w:firstLine="709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Дополнительная общеразвивающая программа «</w:t>
      </w:r>
      <w:r w:rsidR="0070234E">
        <w:rPr>
          <w:szCs w:val="24"/>
          <w:lang w:val="ru-RU"/>
        </w:rPr>
        <w:t>Ремесленная мастерская</w:t>
      </w:r>
      <w:r w:rsidRPr="0070234E">
        <w:rPr>
          <w:szCs w:val="24"/>
          <w:lang w:val="ru-RU"/>
        </w:rPr>
        <w:t>» разработана в соответствии с нормативно-правовыми документами:</w:t>
      </w:r>
    </w:p>
    <w:p w14:paraId="5CE97DB2" w14:textId="77777777" w:rsidR="00E66AFB" w:rsidRPr="0070234E" w:rsidRDefault="00000000" w:rsidP="0070234E">
      <w:pPr>
        <w:pStyle w:val="a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Федеральный закон от 29.12.2012 № 273-ФЗ «Об образовании в Российской Федерации» (с последующими изменениями);</w:t>
      </w:r>
    </w:p>
    <w:p w14:paraId="04880EAD" w14:textId="77777777" w:rsidR="00E66AFB" w:rsidRPr="0070234E" w:rsidRDefault="00000000" w:rsidP="0070234E">
      <w:pPr>
        <w:pStyle w:val="a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Приказ Минпросвещения РФ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72A7C3BC" w14:textId="77777777" w:rsidR="00E66AFB" w:rsidRPr="0070234E" w:rsidRDefault="00000000" w:rsidP="0070234E">
      <w:pPr>
        <w:pStyle w:val="a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Письмо Минобрнауки РФ от 18.11.2015 № 09-3242 «О направлении Методических рекомендаций по проектированию дополнительных общеразвивающих программ»;</w:t>
      </w:r>
    </w:p>
    <w:p w14:paraId="290CE8AD" w14:textId="77777777" w:rsidR="00E66AFB" w:rsidRPr="0070234E" w:rsidRDefault="00000000" w:rsidP="0070234E">
      <w:pPr>
        <w:pStyle w:val="a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СанПиН 2.4.3648-20 «Санитарно-эпидемиологические требования к организациям воспитания и обучения, отдыха и оздоровления детей и молодёжи».</w:t>
      </w:r>
    </w:p>
    <w:p w14:paraId="6F47058B" w14:textId="77777777" w:rsidR="00E66AFB" w:rsidRPr="0070234E" w:rsidRDefault="00000000" w:rsidP="0070234E">
      <w:pPr>
        <w:ind w:firstLine="709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Программа имеет художественно-эстетическую направленность и ориентирована на детей 6–7 лет. В этом возрасте происходит активное развитие творческих способностей, воображения, мелкой моторики и эстетического восприятия. Нетрадиционные техники рисования, лепка из глины, ручной труд и аппликация дают ребёнку возможность свободно экспериментировать с материалами, что особенно важно для формирования художественно-творческих способностей.</w:t>
      </w:r>
    </w:p>
    <w:p w14:paraId="12AC9764" w14:textId="77777777" w:rsidR="00E66AFB" w:rsidRPr="0070234E" w:rsidRDefault="00000000" w:rsidP="0070234E">
      <w:pPr>
        <w:ind w:firstLine="709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Новизна программы заключается в использовании нетрадиционных техник и материалов, интеграции различных видов декоративно-прикладного искусства, а также в учёте национально-регионального компонента — татарских декоративно-прикладных традиций.</w:t>
      </w:r>
    </w:p>
    <w:p w14:paraId="02388E68" w14:textId="77777777" w:rsidR="00E66AFB" w:rsidRPr="0070234E" w:rsidRDefault="00000000" w:rsidP="0070234E">
      <w:pPr>
        <w:ind w:firstLine="709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Актуальность программы обусловлена потребностью детей старшего дошкольного возраста в творческой самореализации и необходимостью развития мелкой моторики, пространственного мышления и эстетического вкуса.</w:t>
      </w:r>
    </w:p>
    <w:p w14:paraId="4EBBCC4D" w14:textId="77777777" w:rsidR="00E66AFB" w:rsidRPr="0070234E" w:rsidRDefault="00000000" w:rsidP="0070234E">
      <w:pPr>
        <w:spacing w:before="240"/>
        <w:jc w:val="both"/>
        <w:rPr>
          <w:szCs w:val="24"/>
          <w:lang w:val="ru-RU"/>
        </w:rPr>
      </w:pPr>
      <w:r w:rsidRPr="0070234E">
        <w:rPr>
          <w:b/>
          <w:szCs w:val="24"/>
          <w:lang w:val="ru-RU"/>
        </w:rPr>
        <w:t>Цель программы</w:t>
      </w:r>
    </w:p>
    <w:p w14:paraId="15997960" w14:textId="77777777" w:rsidR="00E66AFB" w:rsidRPr="0070234E" w:rsidRDefault="00000000" w:rsidP="0070234E">
      <w:pPr>
        <w:ind w:firstLine="709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Создание условий для художественно-эстетического развития детей 6–7 лет через освоение разнообразных техник декоративно-прикладного искусства.</w:t>
      </w:r>
    </w:p>
    <w:p w14:paraId="3BD2025C" w14:textId="77777777" w:rsidR="00E66AFB" w:rsidRPr="0070234E" w:rsidRDefault="00000000" w:rsidP="0070234E">
      <w:pPr>
        <w:spacing w:before="240"/>
        <w:jc w:val="both"/>
        <w:rPr>
          <w:szCs w:val="24"/>
        </w:rPr>
      </w:pPr>
      <w:proofErr w:type="spellStart"/>
      <w:r w:rsidRPr="0070234E">
        <w:rPr>
          <w:b/>
          <w:szCs w:val="24"/>
        </w:rPr>
        <w:t>Задачи</w:t>
      </w:r>
      <w:proofErr w:type="spellEnd"/>
      <w:r w:rsidRPr="0070234E">
        <w:rPr>
          <w:b/>
          <w:szCs w:val="24"/>
        </w:rPr>
        <w:t xml:space="preserve"> </w:t>
      </w:r>
      <w:proofErr w:type="spellStart"/>
      <w:r w:rsidRPr="0070234E">
        <w:rPr>
          <w:b/>
          <w:szCs w:val="24"/>
        </w:rPr>
        <w:t>программы</w:t>
      </w:r>
      <w:proofErr w:type="spellEnd"/>
    </w:p>
    <w:p w14:paraId="02B15CE4" w14:textId="77777777" w:rsidR="00E66AFB" w:rsidRPr="0070234E" w:rsidRDefault="00000000" w:rsidP="0070234E">
      <w:pPr>
        <w:jc w:val="both"/>
        <w:rPr>
          <w:szCs w:val="24"/>
        </w:rPr>
      </w:pPr>
      <w:proofErr w:type="spellStart"/>
      <w:r w:rsidRPr="0070234E">
        <w:rPr>
          <w:b/>
          <w:szCs w:val="24"/>
        </w:rPr>
        <w:t>Обучающие</w:t>
      </w:r>
      <w:proofErr w:type="spellEnd"/>
      <w:r w:rsidRPr="0070234E">
        <w:rPr>
          <w:b/>
          <w:szCs w:val="24"/>
        </w:rPr>
        <w:t>:</w:t>
      </w:r>
    </w:p>
    <w:p w14:paraId="694545A8" w14:textId="77777777" w:rsidR="00E66AFB" w:rsidRPr="0070234E" w:rsidRDefault="00000000" w:rsidP="0070234E">
      <w:pPr>
        <w:pStyle w:val="a0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формировать знания о нетрадиционных техниках рисования (</w:t>
      </w:r>
      <w:proofErr w:type="spellStart"/>
      <w:r w:rsidRPr="0070234E">
        <w:rPr>
          <w:szCs w:val="24"/>
          <w:lang w:val="ru-RU"/>
        </w:rPr>
        <w:t>кляксография</w:t>
      </w:r>
      <w:proofErr w:type="spellEnd"/>
      <w:r w:rsidRPr="0070234E">
        <w:rPr>
          <w:szCs w:val="24"/>
          <w:lang w:val="ru-RU"/>
        </w:rPr>
        <w:t>, монотипия, тычок жёсткой кистью, пальчиковое рисование, рисование ватными палочками, оттиск, рисование солью, свечой, мятой бумагой);</w:t>
      </w:r>
    </w:p>
    <w:p w14:paraId="218E2C08" w14:textId="77777777" w:rsidR="00E66AFB" w:rsidRPr="0070234E" w:rsidRDefault="00000000" w:rsidP="0070234E">
      <w:pPr>
        <w:pStyle w:val="a0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обучать приёмам лепки из глины (скульптурная, рельефная, барельеф, декоративная);</w:t>
      </w:r>
    </w:p>
    <w:p w14:paraId="663BEBE5" w14:textId="77777777" w:rsidR="00E66AFB" w:rsidRPr="0070234E" w:rsidRDefault="00000000" w:rsidP="0070234E">
      <w:pPr>
        <w:pStyle w:val="a0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формировать навыки ручного труда из ткани, природного материала и других материалов;</w:t>
      </w:r>
    </w:p>
    <w:p w14:paraId="23D5AADA" w14:textId="77777777" w:rsidR="00E66AFB" w:rsidRPr="0070234E" w:rsidRDefault="00000000" w:rsidP="0070234E">
      <w:pPr>
        <w:pStyle w:val="a0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lastRenderedPageBreak/>
        <w:t>обучать различным видам аппликации (обрывная, силуэтная, объёмная, коллективная, с элементами оригами).</w:t>
      </w:r>
    </w:p>
    <w:p w14:paraId="57082DEF" w14:textId="77777777" w:rsidR="00E66AFB" w:rsidRPr="0070234E" w:rsidRDefault="00000000" w:rsidP="0070234E">
      <w:pPr>
        <w:jc w:val="both"/>
        <w:rPr>
          <w:szCs w:val="24"/>
        </w:rPr>
      </w:pPr>
      <w:proofErr w:type="spellStart"/>
      <w:r w:rsidRPr="0070234E">
        <w:rPr>
          <w:b/>
          <w:szCs w:val="24"/>
        </w:rPr>
        <w:t>Развивающие</w:t>
      </w:r>
      <w:proofErr w:type="spellEnd"/>
      <w:r w:rsidRPr="0070234E">
        <w:rPr>
          <w:b/>
          <w:szCs w:val="24"/>
        </w:rPr>
        <w:t>:</w:t>
      </w:r>
    </w:p>
    <w:p w14:paraId="6FD70143" w14:textId="77777777" w:rsidR="00E66AFB" w:rsidRPr="0070234E" w:rsidRDefault="00000000" w:rsidP="0070234E">
      <w:pPr>
        <w:pStyle w:val="a0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развивать творческое воображение, фантазию и художественно-эстетический вкус;</w:t>
      </w:r>
    </w:p>
    <w:p w14:paraId="26586692" w14:textId="77777777" w:rsidR="00E66AFB" w:rsidRPr="0070234E" w:rsidRDefault="00000000" w:rsidP="0070234E">
      <w:pPr>
        <w:pStyle w:val="a0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развивать мелкую моторику рук и координацию движений;</w:t>
      </w:r>
    </w:p>
    <w:p w14:paraId="2863B300" w14:textId="77777777" w:rsidR="00E66AFB" w:rsidRPr="0070234E" w:rsidRDefault="00000000" w:rsidP="0070234E">
      <w:pPr>
        <w:pStyle w:val="a0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развивать цветовосприятие, чувство композиции и пропорций;</w:t>
      </w:r>
    </w:p>
    <w:p w14:paraId="13D6D72D" w14:textId="77777777" w:rsidR="00E66AFB" w:rsidRPr="0070234E" w:rsidRDefault="00000000" w:rsidP="0070234E">
      <w:pPr>
        <w:pStyle w:val="a0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развивать самостоятельность и инициативность в художественной деятельности.</w:t>
      </w:r>
    </w:p>
    <w:p w14:paraId="34099A76" w14:textId="77777777" w:rsidR="00E66AFB" w:rsidRPr="0070234E" w:rsidRDefault="00000000" w:rsidP="0070234E">
      <w:pPr>
        <w:jc w:val="both"/>
        <w:rPr>
          <w:szCs w:val="24"/>
        </w:rPr>
      </w:pPr>
      <w:proofErr w:type="spellStart"/>
      <w:r w:rsidRPr="0070234E">
        <w:rPr>
          <w:b/>
          <w:szCs w:val="24"/>
        </w:rPr>
        <w:t>Воспитательные</w:t>
      </w:r>
      <w:proofErr w:type="spellEnd"/>
      <w:r w:rsidRPr="0070234E">
        <w:rPr>
          <w:b/>
          <w:szCs w:val="24"/>
        </w:rPr>
        <w:t>:</w:t>
      </w:r>
    </w:p>
    <w:p w14:paraId="6F7774C9" w14:textId="77777777" w:rsidR="00E66AFB" w:rsidRPr="0070234E" w:rsidRDefault="00000000" w:rsidP="0070234E">
      <w:pPr>
        <w:pStyle w:val="a0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воспитывать интерес и любовь к изобразительному и декоративно-прикладному искусству;</w:t>
      </w:r>
    </w:p>
    <w:p w14:paraId="54C82DA4" w14:textId="77777777" w:rsidR="00E66AFB" w:rsidRPr="0070234E" w:rsidRDefault="00000000" w:rsidP="0070234E">
      <w:pPr>
        <w:pStyle w:val="a0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воспитывать уважение к народным традициям и культуре родного края;</w:t>
      </w:r>
    </w:p>
    <w:p w14:paraId="1E8BD8B4" w14:textId="77777777" w:rsidR="00E66AFB" w:rsidRPr="0070234E" w:rsidRDefault="00000000" w:rsidP="0070234E">
      <w:pPr>
        <w:pStyle w:val="a0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формировать культуру труда, аккуратность, бережное отношение к материалам;</w:t>
      </w:r>
    </w:p>
    <w:p w14:paraId="760528FC" w14:textId="77777777" w:rsidR="00E66AFB" w:rsidRPr="0070234E" w:rsidRDefault="00000000" w:rsidP="0070234E">
      <w:pPr>
        <w:pStyle w:val="a0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воспитывать умение работать в коллективе.</w:t>
      </w:r>
    </w:p>
    <w:p w14:paraId="3F024335" w14:textId="77777777" w:rsidR="00E66AFB" w:rsidRPr="0070234E" w:rsidRDefault="00000000" w:rsidP="0070234E">
      <w:pPr>
        <w:spacing w:before="240"/>
        <w:jc w:val="both"/>
        <w:rPr>
          <w:szCs w:val="24"/>
        </w:rPr>
      </w:pPr>
      <w:proofErr w:type="spellStart"/>
      <w:r w:rsidRPr="0070234E">
        <w:rPr>
          <w:b/>
          <w:szCs w:val="24"/>
        </w:rPr>
        <w:t>Принципы</w:t>
      </w:r>
      <w:proofErr w:type="spellEnd"/>
      <w:r w:rsidRPr="0070234E">
        <w:rPr>
          <w:b/>
          <w:szCs w:val="24"/>
        </w:rPr>
        <w:t xml:space="preserve"> </w:t>
      </w:r>
      <w:proofErr w:type="spellStart"/>
      <w:r w:rsidRPr="0070234E">
        <w:rPr>
          <w:b/>
          <w:szCs w:val="24"/>
        </w:rPr>
        <w:t>построения</w:t>
      </w:r>
      <w:proofErr w:type="spellEnd"/>
      <w:r w:rsidRPr="0070234E">
        <w:rPr>
          <w:b/>
          <w:szCs w:val="24"/>
        </w:rPr>
        <w:t xml:space="preserve"> </w:t>
      </w:r>
      <w:proofErr w:type="spellStart"/>
      <w:r w:rsidRPr="0070234E">
        <w:rPr>
          <w:b/>
          <w:szCs w:val="24"/>
        </w:rPr>
        <w:t>программы</w:t>
      </w:r>
      <w:proofErr w:type="spellEnd"/>
    </w:p>
    <w:p w14:paraId="54D9253D" w14:textId="77777777" w:rsidR="00E66AFB" w:rsidRPr="0070234E" w:rsidRDefault="00000000" w:rsidP="0070234E">
      <w:pPr>
        <w:pStyle w:val="a0"/>
        <w:ind w:firstLine="0"/>
        <w:jc w:val="both"/>
        <w:rPr>
          <w:szCs w:val="24"/>
        </w:rPr>
      </w:pPr>
      <w:proofErr w:type="spellStart"/>
      <w:r w:rsidRPr="0070234E">
        <w:rPr>
          <w:szCs w:val="24"/>
        </w:rPr>
        <w:t>принцип</w:t>
      </w:r>
      <w:proofErr w:type="spellEnd"/>
      <w:r w:rsidRPr="0070234E">
        <w:rPr>
          <w:szCs w:val="24"/>
        </w:rPr>
        <w:t xml:space="preserve"> </w:t>
      </w:r>
      <w:proofErr w:type="spellStart"/>
      <w:r w:rsidRPr="0070234E">
        <w:rPr>
          <w:szCs w:val="24"/>
        </w:rPr>
        <w:t>наглядности</w:t>
      </w:r>
      <w:proofErr w:type="spellEnd"/>
      <w:r w:rsidRPr="0070234E">
        <w:rPr>
          <w:szCs w:val="24"/>
        </w:rPr>
        <w:t xml:space="preserve"> и </w:t>
      </w:r>
      <w:proofErr w:type="spellStart"/>
      <w:r w:rsidRPr="0070234E">
        <w:rPr>
          <w:szCs w:val="24"/>
        </w:rPr>
        <w:t>доступности</w:t>
      </w:r>
      <w:proofErr w:type="spellEnd"/>
      <w:r w:rsidRPr="0070234E">
        <w:rPr>
          <w:szCs w:val="24"/>
        </w:rPr>
        <w:t>;</w:t>
      </w:r>
    </w:p>
    <w:p w14:paraId="29767EF6" w14:textId="77777777" w:rsidR="00E66AFB" w:rsidRPr="0070234E" w:rsidRDefault="00000000" w:rsidP="0070234E">
      <w:pPr>
        <w:pStyle w:val="a0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принцип последовательности и систематичности (от простого к сложному);</w:t>
      </w:r>
    </w:p>
    <w:p w14:paraId="41F16920" w14:textId="77777777" w:rsidR="00E66AFB" w:rsidRPr="0070234E" w:rsidRDefault="00000000" w:rsidP="0070234E">
      <w:pPr>
        <w:pStyle w:val="a0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принцип интеграции различных видов художественной деятельности;</w:t>
      </w:r>
    </w:p>
    <w:p w14:paraId="655ACE95" w14:textId="77777777" w:rsidR="00E66AFB" w:rsidRPr="0070234E" w:rsidRDefault="00000000" w:rsidP="0070234E">
      <w:pPr>
        <w:pStyle w:val="a0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принцип учёта возрастных и индивидуальных особенностей;</w:t>
      </w:r>
    </w:p>
    <w:p w14:paraId="67B421CA" w14:textId="77777777" w:rsidR="00E66AFB" w:rsidRPr="0070234E" w:rsidRDefault="00000000" w:rsidP="0070234E">
      <w:pPr>
        <w:pStyle w:val="a0"/>
        <w:ind w:firstLine="0"/>
        <w:jc w:val="both"/>
        <w:rPr>
          <w:szCs w:val="24"/>
          <w:lang w:val="ru-RU"/>
        </w:rPr>
      </w:pPr>
      <w:r w:rsidRPr="0070234E">
        <w:rPr>
          <w:szCs w:val="24"/>
          <w:lang w:val="ru-RU"/>
        </w:rPr>
        <w:t>принцип связи с жизнью и национально-регионального компонента.</w:t>
      </w:r>
    </w:p>
    <w:p w14:paraId="04811F4C" w14:textId="77777777" w:rsidR="00E66AFB" w:rsidRPr="0070234E" w:rsidRDefault="00000000">
      <w:pPr>
        <w:rPr>
          <w:lang w:val="ru-RU"/>
        </w:rPr>
      </w:pPr>
      <w:r w:rsidRPr="0070234E">
        <w:rPr>
          <w:lang w:val="ru-RU"/>
        </w:rPr>
        <w:br w:type="page"/>
      </w:r>
    </w:p>
    <w:p w14:paraId="689A6313" w14:textId="77777777" w:rsidR="00E66AFB" w:rsidRPr="0070234E" w:rsidRDefault="00000000">
      <w:pPr>
        <w:spacing w:before="240"/>
        <w:jc w:val="center"/>
        <w:rPr>
          <w:lang w:val="ru-RU"/>
        </w:rPr>
      </w:pPr>
      <w:r w:rsidRPr="0070234E">
        <w:rPr>
          <w:b/>
          <w:sz w:val="28"/>
          <w:lang w:val="ru-RU"/>
        </w:rPr>
        <w:lastRenderedPageBreak/>
        <w:t>УЧЕБНЫЙ ПЛАН</w:t>
      </w:r>
    </w:p>
    <w:p w14:paraId="05D7C026" w14:textId="77777777" w:rsidR="00E66AFB" w:rsidRPr="004F2450" w:rsidRDefault="00000000">
      <w:pPr>
        <w:ind w:firstLine="709"/>
        <w:jc w:val="both"/>
        <w:rPr>
          <w:lang w:val="ru-RU"/>
        </w:rPr>
      </w:pPr>
      <w:r w:rsidRPr="0070234E">
        <w:rPr>
          <w:lang w:val="ru-RU"/>
        </w:rPr>
        <w:t xml:space="preserve">Программа рассчитана на 1 учебный год. Общее количество занятий — 64. Режим занятий: 2 раза в неделю по 30 минут. </w:t>
      </w:r>
      <w:r w:rsidRPr="004F2450">
        <w:rPr>
          <w:lang w:val="ru-RU"/>
        </w:rPr>
        <w:t>Объём программы — 32 учебные недели.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3993"/>
        <w:gridCol w:w="2422"/>
        <w:gridCol w:w="2422"/>
      </w:tblGrid>
      <w:tr w:rsidR="00E66AFB" w:rsidRPr="004F2450" w14:paraId="533FC6EE" w14:textId="77777777" w:rsidTr="0070234E">
        <w:trPr>
          <w:jc w:val="center"/>
        </w:trPr>
        <w:tc>
          <w:tcPr>
            <w:tcW w:w="851" w:type="dxa"/>
          </w:tcPr>
          <w:p w14:paraId="40F32907" w14:textId="77777777" w:rsidR="00E66AFB" w:rsidRDefault="00000000">
            <w:pPr>
              <w:jc w:val="center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3993" w:type="dxa"/>
          </w:tcPr>
          <w:p w14:paraId="4B79C65D" w14:textId="77777777" w:rsidR="00E66AFB" w:rsidRDefault="00000000">
            <w:pPr>
              <w:jc w:val="center"/>
            </w:pPr>
            <w:proofErr w:type="spellStart"/>
            <w:r>
              <w:rPr>
                <w:b/>
                <w:sz w:val="22"/>
              </w:rPr>
              <w:t>Раздел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программы</w:t>
            </w:r>
            <w:proofErr w:type="spellEnd"/>
          </w:p>
        </w:tc>
        <w:tc>
          <w:tcPr>
            <w:tcW w:w="2422" w:type="dxa"/>
          </w:tcPr>
          <w:p w14:paraId="19BBA8F1" w14:textId="77777777" w:rsidR="00E66AFB" w:rsidRDefault="00000000">
            <w:pPr>
              <w:jc w:val="center"/>
            </w:pPr>
            <w:proofErr w:type="spellStart"/>
            <w:r>
              <w:rPr>
                <w:b/>
                <w:sz w:val="22"/>
              </w:rPr>
              <w:t>Количество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занятий</w:t>
            </w:r>
            <w:proofErr w:type="spellEnd"/>
          </w:p>
        </w:tc>
        <w:tc>
          <w:tcPr>
            <w:tcW w:w="2422" w:type="dxa"/>
          </w:tcPr>
          <w:p w14:paraId="4F4CE025" w14:textId="77777777" w:rsidR="00E66AFB" w:rsidRPr="0070234E" w:rsidRDefault="00000000">
            <w:pPr>
              <w:jc w:val="center"/>
              <w:rPr>
                <w:lang w:val="ru-RU"/>
              </w:rPr>
            </w:pPr>
            <w:r w:rsidRPr="0070234E">
              <w:rPr>
                <w:b/>
                <w:sz w:val="22"/>
                <w:lang w:val="ru-RU"/>
              </w:rPr>
              <w:t>В том числе: теория / практика</w:t>
            </w:r>
          </w:p>
        </w:tc>
      </w:tr>
      <w:tr w:rsidR="00E66AFB" w14:paraId="5C00389A" w14:textId="77777777" w:rsidTr="0070234E">
        <w:trPr>
          <w:jc w:val="center"/>
        </w:trPr>
        <w:tc>
          <w:tcPr>
            <w:tcW w:w="851" w:type="dxa"/>
          </w:tcPr>
          <w:p w14:paraId="50BF69FB" w14:textId="77777777" w:rsidR="00E66AFB" w:rsidRDefault="00000000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3993" w:type="dxa"/>
          </w:tcPr>
          <w:p w14:paraId="5A51B400" w14:textId="77777777" w:rsidR="00E66AFB" w:rsidRDefault="00000000">
            <w:pPr>
              <w:jc w:val="center"/>
            </w:pPr>
            <w:proofErr w:type="spellStart"/>
            <w:r>
              <w:rPr>
                <w:sz w:val="22"/>
              </w:rPr>
              <w:t>Рисование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нетрадиционными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техниками</w:t>
            </w:r>
            <w:proofErr w:type="spellEnd"/>
          </w:p>
        </w:tc>
        <w:tc>
          <w:tcPr>
            <w:tcW w:w="2422" w:type="dxa"/>
          </w:tcPr>
          <w:p w14:paraId="0B733A79" w14:textId="77777777" w:rsidR="00E66AFB" w:rsidRDefault="00000000">
            <w:pPr>
              <w:jc w:val="center"/>
            </w:pPr>
            <w:r>
              <w:rPr>
                <w:sz w:val="22"/>
              </w:rPr>
              <w:t>21</w:t>
            </w:r>
          </w:p>
        </w:tc>
        <w:tc>
          <w:tcPr>
            <w:tcW w:w="2422" w:type="dxa"/>
          </w:tcPr>
          <w:p w14:paraId="5E96D898" w14:textId="77777777" w:rsidR="00E66AFB" w:rsidRDefault="00000000">
            <w:pPr>
              <w:jc w:val="center"/>
            </w:pPr>
            <w:r>
              <w:rPr>
                <w:sz w:val="22"/>
              </w:rPr>
              <w:t>4 / 17</w:t>
            </w:r>
          </w:p>
        </w:tc>
      </w:tr>
      <w:tr w:rsidR="00E66AFB" w14:paraId="033B1374" w14:textId="77777777" w:rsidTr="0070234E">
        <w:trPr>
          <w:jc w:val="center"/>
        </w:trPr>
        <w:tc>
          <w:tcPr>
            <w:tcW w:w="851" w:type="dxa"/>
          </w:tcPr>
          <w:p w14:paraId="0F884FAE" w14:textId="77777777" w:rsidR="00E66AFB" w:rsidRDefault="00000000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3993" w:type="dxa"/>
          </w:tcPr>
          <w:p w14:paraId="7B65709E" w14:textId="77777777" w:rsidR="00E66AFB" w:rsidRDefault="00000000">
            <w:pPr>
              <w:jc w:val="center"/>
            </w:pPr>
            <w:proofErr w:type="spellStart"/>
            <w:r>
              <w:rPr>
                <w:sz w:val="22"/>
              </w:rPr>
              <w:t>Лепка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из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глины</w:t>
            </w:r>
            <w:proofErr w:type="spellEnd"/>
          </w:p>
        </w:tc>
        <w:tc>
          <w:tcPr>
            <w:tcW w:w="2422" w:type="dxa"/>
          </w:tcPr>
          <w:p w14:paraId="7D9E5641" w14:textId="77777777" w:rsidR="00E66AFB" w:rsidRDefault="00000000"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2422" w:type="dxa"/>
          </w:tcPr>
          <w:p w14:paraId="3E5FFB5E" w14:textId="77777777" w:rsidR="00E66AFB" w:rsidRDefault="00000000">
            <w:pPr>
              <w:jc w:val="center"/>
            </w:pPr>
            <w:r>
              <w:rPr>
                <w:sz w:val="22"/>
              </w:rPr>
              <w:t>3 / 10</w:t>
            </w:r>
          </w:p>
        </w:tc>
      </w:tr>
      <w:tr w:rsidR="00E66AFB" w14:paraId="35F24CE2" w14:textId="77777777" w:rsidTr="0070234E">
        <w:trPr>
          <w:jc w:val="center"/>
        </w:trPr>
        <w:tc>
          <w:tcPr>
            <w:tcW w:w="851" w:type="dxa"/>
          </w:tcPr>
          <w:p w14:paraId="0C65F580" w14:textId="77777777" w:rsidR="00E66AFB" w:rsidRDefault="00000000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3993" w:type="dxa"/>
          </w:tcPr>
          <w:p w14:paraId="3E87F75C" w14:textId="77777777" w:rsidR="00E66AFB" w:rsidRPr="0070234E" w:rsidRDefault="00000000">
            <w:pPr>
              <w:jc w:val="center"/>
              <w:rPr>
                <w:lang w:val="ru-RU"/>
              </w:rPr>
            </w:pPr>
            <w:r w:rsidRPr="0070234E">
              <w:rPr>
                <w:sz w:val="22"/>
                <w:lang w:val="ru-RU"/>
              </w:rPr>
              <w:t>Ручной труд из различных материалов</w:t>
            </w:r>
          </w:p>
        </w:tc>
        <w:tc>
          <w:tcPr>
            <w:tcW w:w="2422" w:type="dxa"/>
          </w:tcPr>
          <w:p w14:paraId="01295650" w14:textId="77777777" w:rsidR="00E66AFB" w:rsidRDefault="00000000"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2422" w:type="dxa"/>
          </w:tcPr>
          <w:p w14:paraId="29E0F3B6" w14:textId="77777777" w:rsidR="00E66AFB" w:rsidRDefault="00000000">
            <w:pPr>
              <w:jc w:val="center"/>
            </w:pPr>
            <w:r>
              <w:rPr>
                <w:sz w:val="22"/>
              </w:rPr>
              <w:t>2 / 12</w:t>
            </w:r>
          </w:p>
        </w:tc>
      </w:tr>
      <w:tr w:rsidR="00E66AFB" w14:paraId="4EAF396B" w14:textId="77777777" w:rsidTr="0070234E">
        <w:trPr>
          <w:jc w:val="center"/>
        </w:trPr>
        <w:tc>
          <w:tcPr>
            <w:tcW w:w="851" w:type="dxa"/>
          </w:tcPr>
          <w:p w14:paraId="2B7C4F2F" w14:textId="77777777" w:rsidR="00E66AFB" w:rsidRDefault="00000000"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3993" w:type="dxa"/>
          </w:tcPr>
          <w:p w14:paraId="5AF68E65" w14:textId="77777777" w:rsidR="00E66AFB" w:rsidRDefault="00000000">
            <w:pPr>
              <w:jc w:val="center"/>
            </w:pPr>
            <w:proofErr w:type="spellStart"/>
            <w:r>
              <w:rPr>
                <w:sz w:val="22"/>
              </w:rPr>
              <w:t>Аппликация</w:t>
            </w:r>
            <w:proofErr w:type="spellEnd"/>
          </w:p>
        </w:tc>
        <w:tc>
          <w:tcPr>
            <w:tcW w:w="2422" w:type="dxa"/>
          </w:tcPr>
          <w:p w14:paraId="3FC1AE1B" w14:textId="77777777" w:rsidR="00E66AFB" w:rsidRDefault="00000000">
            <w:pPr>
              <w:jc w:val="center"/>
            </w:pPr>
            <w:r>
              <w:rPr>
                <w:sz w:val="22"/>
              </w:rPr>
              <w:t>16</w:t>
            </w:r>
          </w:p>
        </w:tc>
        <w:tc>
          <w:tcPr>
            <w:tcW w:w="2422" w:type="dxa"/>
          </w:tcPr>
          <w:p w14:paraId="04410D7D" w14:textId="77777777" w:rsidR="00E66AFB" w:rsidRDefault="00000000">
            <w:pPr>
              <w:jc w:val="center"/>
            </w:pPr>
            <w:r>
              <w:rPr>
                <w:sz w:val="22"/>
              </w:rPr>
              <w:t>3 / 13</w:t>
            </w:r>
          </w:p>
        </w:tc>
      </w:tr>
      <w:tr w:rsidR="00E66AFB" w14:paraId="43977E01" w14:textId="77777777" w:rsidTr="0070234E">
        <w:trPr>
          <w:jc w:val="center"/>
        </w:trPr>
        <w:tc>
          <w:tcPr>
            <w:tcW w:w="851" w:type="dxa"/>
          </w:tcPr>
          <w:p w14:paraId="333AA2E0" w14:textId="77777777" w:rsidR="00E66AFB" w:rsidRDefault="00E66AFB">
            <w:pPr>
              <w:jc w:val="center"/>
            </w:pPr>
          </w:p>
        </w:tc>
        <w:tc>
          <w:tcPr>
            <w:tcW w:w="3993" w:type="dxa"/>
          </w:tcPr>
          <w:p w14:paraId="6B873F84" w14:textId="77777777" w:rsidR="00E66AFB" w:rsidRDefault="00000000">
            <w:pPr>
              <w:jc w:val="center"/>
            </w:pPr>
            <w:r>
              <w:rPr>
                <w:b/>
                <w:sz w:val="22"/>
              </w:rPr>
              <w:t>ИТОГО</w:t>
            </w:r>
          </w:p>
        </w:tc>
        <w:tc>
          <w:tcPr>
            <w:tcW w:w="2422" w:type="dxa"/>
          </w:tcPr>
          <w:p w14:paraId="3E9CAA7B" w14:textId="77777777" w:rsidR="00E66AFB" w:rsidRDefault="00000000">
            <w:pPr>
              <w:jc w:val="center"/>
            </w:pPr>
            <w:r>
              <w:rPr>
                <w:b/>
                <w:sz w:val="22"/>
              </w:rPr>
              <w:t>64</w:t>
            </w:r>
          </w:p>
        </w:tc>
        <w:tc>
          <w:tcPr>
            <w:tcW w:w="2422" w:type="dxa"/>
          </w:tcPr>
          <w:p w14:paraId="1B451085" w14:textId="77777777" w:rsidR="00E66AFB" w:rsidRDefault="00000000">
            <w:pPr>
              <w:jc w:val="center"/>
            </w:pPr>
            <w:r>
              <w:rPr>
                <w:b/>
                <w:sz w:val="22"/>
              </w:rPr>
              <w:t>12 / 52</w:t>
            </w:r>
          </w:p>
        </w:tc>
      </w:tr>
      <w:tr w:rsidR="00E66AFB" w14:paraId="2437FBB1" w14:textId="77777777" w:rsidTr="0070234E">
        <w:trPr>
          <w:jc w:val="center"/>
        </w:trPr>
        <w:tc>
          <w:tcPr>
            <w:tcW w:w="851" w:type="dxa"/>
          </w:tcPr>
          <w:p w14:paraId="25C9D557" w14:textId="77777777" w:rsidR="00E66AFB" w:rsidRDefault="00E66AFB"/>
        </w:tc>
        <w:tc>
          <w:tcPr>
            <w:tcW w:w="3993" w:type="dxa"/>
          </w:tcPr>
          <w:p w14:paraId="4B0A3070" w14:textId="77777777" w:rsidR="00E66AFB" w:rsidRDefault="00E66AFB"/>
        </w:tc>
        <w:tc>
          <w:tcPr>
            <w:tcW w:w="2422" w:type="dxa"/>
          </w:tcPr>
          <w:p w14:paraId="60F11D9D" w14:textId="77777777" w:rsidR="00E66AFB" w:rsidRDefault="00E66AFB"/>
        </w:tc>
        <w:tc>
          <w:tcPr>
            <w:tcW w:w="2422" w:type="dxa"/>
          </w:tcPr>
          <w:p w14:paraId="1D0A0394" w14:textId="77777777" w:rsidR="00E66AFB" w:rsidRDefault="00E66AFB"/>
        </w:tc>
      </w:tr>
    </w:tbl>
    <w:p w14:paraId="12BF6E40" w14:textId="77777777" w:rsidR="00E66AFB" w:rsidRDefault="00E66AFB">
      <w:pPr>
        <w:ind w:firstLine="709"/>
        <w:jc w:val="both"/>
      </w:pPr>
    </w:p>
    <w:p w14:paraId="54F54286" w14:textId="77777777" w:rsidR="00E66AFB" w:rsidRPr="0070234E" w:rsidRDefault="00000000">
      <w:pPr>
        <w:ind w:firstLine="709"/>
        <w:jc w:val="both"/>
        <w:rPr>
          <w:lang w:val="ru-RU"/>
        </w:rPr>
      </w:pPr>
      <w:r w:rsidRPr="0070234E">
        <w:rPr>
          <w:lang w:val="ru-RU"/>
        </w:rPr>
        <w:t>Соотношение теории и практики составляет примерно 19% и 81% соответственно.</w:t>
      </w:r>
    </w:p>
    <w:p w14:paraId="6005EE23" w14:textId="77777777" w:rsidR="00E66AFB" w:rsidRPr="0070234E" w:rsidRDefault="00000000">
      <w:pPr>
        <w:rPr>
          <w:lang w:val="ru-RU"/>
        </w:rPr>
      </w:pPr>
      <w:r w:rsidRPr="0070234E">
        <w:rPr>
          <w:lang w:val="ru-RU"/>
        </w:rPr>
        <w:br w:type="page"/>
      </w:r>
    </w:p>
    <w:p w14:paraId="5E8D9E4A" w14:textId="77777777" w:rsidR="00E66AFB" w:rsidRPr="0070234E" w:rsidRDefault="00000000">
      <w:pPr>
        <w:spacing w:before="240"/>
        <w:jc w:val="center"/>
        <w:rPr>
          <w:lang w:val="ru-RU"/>
        </w:rPr>
      </w:pPr>
      <w:r w:rsidRPr="0070234E">
        <w:rPr>
          <w:b/>
          <w:sz w:val="28"/>
          <w:lang w:val="ru-RU"/>
        </w:rPr>
        <w:lastRenderedPageBreak/>
        <w:t>СОДЕРЖАНИЕ ПРОГРАММЫ</w:t>
      </w:r>
    </w:p>
    <w:p w14:paraId="79FE5419" w14:textId="77777777" w:rsidR="00E66AFB" w:rsidRPr="0070234E" w:rsidRDefault="00000000">
      <w:pPr>
        <w:spacing w:before="240"/>
        <w:rPr>
          <w:lang w:val="ru-RU"/>
        </w:rPr>
      </w:pPr>
      <w:r w:rsidRPr="0070234E">
        <w:rPr>
          <w:b/>
          <w:sz w:val="26"/>
          <w:lang w:val="ru-RU"/>
        </w:rPr>
        <w:t>Раздел 1. Рисование нетрадиционными техниками (22 занятия)</w:t>
      </w:r>
    </w:p>
    <w:p w14:paraId="2CED2D68" w14:textId="77777777" w:rsidR="00E66AFB" w:rsidRPr="0070234E" w:rsidRDefault="00000000">
      <w:pPr>
        <w:ind w:firstLine="709"/>
        <w:jc w:val="both"/>
        <w:rPr>
          <w:lang w:val="ru-RU"/>
        </w:rPr>
      </w:pPr>
      <w:r w:rsidRPr="0070234E">
        <w:rPr>
          <w:lang w:val="ru-RU"/>
        </w:rPr>
        <w:t>В данном разделе дети знакомятся с нетрадиционными техниками рисования, которые не требуют классического владения кистью и карандашом, а опираются на естественные движения руки и экспериментирование с материалами.</w:t>
      </w:r>
    </w:p>
    <w:p w14:paraId="21F3BF08" w14:textId="77777777" w:rsidR="00E66AFB" w:rsidRPr="0070234E" w:rsidRDefault="00000000">
      <w:pPr>
        <w:ind w:firstLine="709"/>
        <w:jc w:val="both"/>
        <w:rPr>
          <w:lang w:val="ru-RU"/>
        </w:rPr>
      </w:pPr>
      <w:r w:rsidRPr="0070234E">
        <w:rPr>
          <w:lang w:val="ru-RU"/>
        </w:rPr>
        <w:t xml:space="preserve">Техники: тычок жёсткой полусухой кистью; оттиск листьями; </w:t>
      </w:r>
      <w:proofErr w:type="spellStart"/>
      <w:r w:rsidRPr="0070234E">
        <w:rPr>
          <w:lang w:val="ru-RU"/>
        </w:rPr>
        <w:t>кляксография</w:t>
      </w:r>
      <w:proofErr w:type="spellEnd"/>
      <w:r w:rsidRPr="0070234E">
        <w:rPr>
          <w:lang w:val="ru-RU"/>
        </w:rPr>
        <w:t>; рисование ватными палочками; пальчиковое рисование; монотипия; рисование свечой (восковыми мелками) и акварелью; рисование мятой бумагой; рисование солью; рисование пастелью.</w:t>
      </w:r>
    </w:p>
    <w:p w14:paraId="1EF45DFD" w14:textId="77777777" w:rsidR="00E66AFB" w:rsidRPr="0070234E" w:rsidRDefault="00000000">
      <w:pPr>
        <w:ind w:firstLine="709"/>
        <w:jc w:val="both"/>
        <w:rPr>
          <w:lang w:val="ru-RU"/>
        </w:rPr>
      </w:pPr>
      <w:r w:rsidRPr="0070234E">
        <w:rPr>
          <w:lang w:val="ru-RU"/>
        </w:rPr>
        <w:t>Дети учатся передавать образы природы, явления окружающей действительности, создавать сюжетные и декоративные композиции, татарские орнаменты.</w:t>
      </w:r>
    </w:p>
    <w:p w14:paraId="1FC682B6" w14:textId="77777777" w:rsidR="00E66AFB" w:rsidRPr="0070234E" w:rsidRDefault="00000000">
      <w:pPr>
        <w:spacing w:before="240"/>
        <w:rPr>
          <w:lang w:val="ru-RU"/>
        </w:rPr>
      </w:pPr>
      <w:r w:rsidRPr="0070234E">
        <w:rPr>
          <w:b/>
          <w:sz w:val="26"/>
          <w:lang w:val="ru-RU"/>
        </w:rPr>
        <w:t>Раздел 2. Лепка из глины (14 занятий)</w:t>
      </w:r>
    </w:p>
    <w:p w14:paraId="1D9144C1" w14:textId="77777777" w:rsidR="00E66AFB" w:rsidRPr="0070234E" w:rsidRDefault="00000000">
      <w:pPr>
        <w:ind w:firstLine="709"/>
        <w:jc w:val="both"/>
        <w:rPr>
          <w:lang w:val="ru-RU"/>
        </w:rPr>
      </w:pPr>
      <w:r w:rsidRPr="0070234E">
        <w:rPr>
          <w:lang w:val="ru-RU"/>
        </w:rPr>
        <w:t xml:space="preserve">Раздел направлен на развитие тактильной чувствительности, пространственного мышления и пластических навыков. Дети осваивают приёмы скатывания, сплющивания, оттягивания, </w:t>
      </w:r>
      <w:proofErr w:type="spellStart"/>
      <w:r w:rsidRPr="0070234E">
        <w:rPr>
          <w:lang w:val="ru-RU"/>
        </w:rPr>
        <w:t>примазывания</w:t>
      </w:r>
      <w:proofErr w:type="spellEnd"/>
      <w:r w:rsidRPr="0070234E">
        <w:rPr>
          <w:lang w:val="ru-RU"/>
        </w:rPr>
        <w:t>, вдавливания.</w:t>
      </w:r>
    </w:p>
    <w:p w14:paraId="69076246" w14:textId="77777777" w:rsidR="00E66AFB" w:rsidRPr="0070234E" w:rsidRDefault="00000000">
      <w:pPr>
        <w:ind w:firstLine="709"/>
        <w:jc w:val="both"/>
        <w:rPr>
          <w:lang w:val="ru-RU"/>
        </w:rPr>
      </w:pPr>
      <w:r w:rsidRPr="0070234E">
        <w:rPr>
          <w:lang w:val="ru-RU"/>
        </w:rPr>
        <w:t>Виды лепки: скульптурная (объёмная), рельефная, барельеф, декоративная. Дети создают фигуры животных, предметы быта, декоративные пластины с татарским орнаментом, тематические композиции.</w:t>
      </w:r>
    </w:p>
    <w:p w14:paraId="5B52002E" w14:textId="77777777" w:rsidR="00E66AFB" w:rsidRPr="0070234E" w:rsidRDefault="00000000">
      <w:pPr>
        <w:spacing w:before="240"/>
        <w:rPr>
          <w:lang w:val="ru-RU"/>
        </w:rPr>
      </w:pPr>
      <w:r w:rsidRPr="0070234E">
        <w:rPr>
          <w:b/>
          <w:sz w:val="26"/>
          <w:lang w:val="ru-RU"/>
        </w:rPr>
        <w:t>Раздел 3. Ручной труд из различных материалов (14 занятий)</w:t>
      </w:r>
    </w:p>
    <w:p w14:paraId="73DDBC00" w14:textId="77777777" w:rsidR="00E66AFB" w:rsidRPr="0070234E" w:rsidRDefault="00000000">
      <w:pPr>
        <w:ind w:firstLine="709"/>
        <w:jc w:val="both"/>
        <w:rPr>
          <w:lang w:val="ru-RU"/>
        </w:rPr>
      </w:pPr>
      <w:r w:rsidRPr="0070234E">
        <w:rPr>
          <w:lang w:val="ru-RU"/>
        </w:rPr>
        <w:t>Раздел знакомит детей с приёмами работы с тканью, природным материалом (шишки, жёлуди, листья, ветки), ватой, фольгой, картоном. Дети учатся складывать, скручивать, сшивать (ручная игла), склеивать, конструировать.</w:t>
      </w:r>
    </w:p>
    <w:p w14:paraId="1C823D4B" w14:textId="77777777" w:rsidR="00E66AFB" w:rsidRPr="0070234E" w:rsidRDefault="00000000">
      <w:pPr>
        <w:ind w:firstLine="709"/>
        <w:jc w:val="both"/>
        <w:rPr>
          <w:lang w:val="ru-RU"/>
        </w:rPr>
      </w:pPr>
      <w:r w:rsidRPr="0070234E">
        <w:rPr>
          <w:lang w:val="ru-RU"/>
        </w:rPr>
        <w:t>Создаются: игрушки из ткани, татарская народная кукла-закрутка, поделки из природного материала, декоративные композиции, сувениры к праздникам.</w:t>
      </w:r>
    </w:p>
    <w:p w14:paraId="4B76324C" w14:textId="77777777" w:rsidR="00E66AFB" w:rsidRPr="0070234E" w:rsidRDefault="00000000">
      <w:pPr>
        <w:spacing w:before="240"/>
        <w:rPr>
          <w:lang w:val="ru-RU"/>
        </w:rPr>
      </w:pPr>
      <w:r w:rsidRPr="0070234E">
        <w:rPr>
          <w:b/>
          <w:sz w:val="26"/>
          <w:lang w:val="ru-RU"/>
        </w:rPr>
        <w:t>Раздел 4. Аппликация (14 занятий)</w:t>
      </w:r>
    </w:p>
    <w:p w14:paraId="10747577" w14:textId="77777777" w:rsidR="00E66AFB" w:rsidRPr="0070234E" w:rsidRDefault="00000000">
      <w:pPr>
        <w:ind w:firstLine="709"/>
        <w:jc w:val="both"/>
        <w:rPr>
          <w:lang w:val="ru-RU"/>
        </w:rPr>
      </w:pPr>
      <w:r w:rsidRPr="0070234E">
        <w:rPr>
          <w:lang w:val="ru-RU"/>
        </w:rPr>
        <w:t>Раздел включает разнообразные виды аппликации: обрывную, силуэтную, объёмную, коллективную, мозаику, аппликацию с элементами оригами, аппликацию из засушенных растений и ткани.</w:t>
      </w:r>
    </w:p>
    <w:p w14:paraId="5ECB0044" w14:textId="77777777" w:rsidR="00E66AFB" w:rsidRPr="0070234E" w:rsidRDefault="00000000">
      <w:pPr>
        <w:ind w:firstLine="709"/>
        <w:jc w:val="both"/>
        <w:rPr>
          <w:lang w:val="ru-RU"/>
        </w:rPr>
      </w:pPr>
      <w:r w:rsidRPr="0070234E">
        <w:rPr>
          <w:lang w:val="ru-RU"/>
        </w:rPr>
        <w:t xml:space="preserve">Дети создают сюжетные и декоративные композиции, открытки, коллективные панно на темы </w:t>
      </w:r>
      <w:r>
        <w:t>Seasons</w:t>
      </w:r>
      <w:r w:rsidRPr="0070234E">
        <w:rPr>
          <w:lang w:val="ru-RU"/>
        </w:rPr>
        <w:t>, праздники, национальный орнамент.</w:t>
      </w:r>
    </w:p>
    <w:p w14:paraId="2CD606B9" w14:textId="77777777" w:rsidR="00E66AFB" w:rsidRPr="0070234E" w:rsidRDefault="00000000">
      <w:pPr>
        <w:rPr>
          <w:lang w:val="ru-RU"/>
        </w:rPr>
      </w:pPr>
      <w:r w:rsidRPr="0070234E">
        <w:rPr>
          <w:lang w:val="ru-RU"/>
        </w:rPr>
        <w:br w:type="page"/>
      </w:r>
    </w:p>
    <w:p w14:paraId="29CCAEC4" w14:textId="77777777" w:rsidR="00E66AFB" w:rsidRPr="0070234E" w:rsidRDefault="00000000">
      <w:pPr>
        <w:spacing w:before="240"/>
        <w:jc w:val="center"/>
        <w:rPr>
          <w:lang w:val="ru-RU"/>
        </w:rPr>
      </w:pPr>
      <w:r w:rsidRPr="0070234E">
        <w:rPr>
          <w:b/>
          <w:sz w:val="28"/>
          <w:lang w:val="ru-RU"/>
        </w:rPr>
        <w:lastRenderedPageBreak/>
        <w:t>КАЛЕНДАРНО-ТЕМАТИЧЕСКИЙ ПЛАН</w:t>
      </w:r>
    </w:p>
    <w:p w14:paraId="2C595A97" w14:textId="77777777" w:rsidR="00E66AFB" w:rsidRPr="0070234E" w:rsidRDefault="00000000">
      <w:pPr>
        <w:ind w:firstLine="709"/>
        <w:jc w:val="both"/>
        <w:rPr>
          <w:lang w:val="ru-RU"/>
        </w:rPr>
      </w:pPr>
      <w:r w:rsidRPr="0070234E">
        <w:rPr>
          <w:lang w:val="ru-RU"/>
        </w:rPr>
        <w:t>Календарно-тематический план рассчитан на 64 занятия (32 учебные недели, по 2 занятия в неделю). План носит рекомендательный характер; педагог может вносить изменения в темы занятий с учётом интересов детей и календарных дат.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32"/>
        <w:gridCol w:w="1002"/>
        <w:gridCol w:w="1125"/>
        <w:gridCol w:w="1844"/>
        <w:gridCol w:w="3402"/>
        <w:gridCol w:w="2000"/>
      </w:tblGrid>
      <w:tr w:rsidR="00E66AFB" w:rsidRPr="0070234E" w14:paraId="5353464D" w14:textId="77777777" w:rsidTr="0070234E">
        <w:trPr>
          <w:jc w:val="center"/>
        </w:trPr>
        <w:tc>
          <w:tcPr>
            <w:tcW w:w="532" w:type="dxa"/>
          </w:tcPr>
          <w:p w14:paraId="7AF50DF8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b/>
                <w:szCs w:val="24"/>
              </w:rPr>
              <w:t>№</w:t>
            </w:r>
          </w:p>
        </w:tc>
        <w:tc>
          <w:tcPr>
            <w:tcW w:w="1002" w:type="dxa"/>
          </w:tcPr>
          <w:p w14:paraId="2625EF5D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b/>
                <w:szCs w:val="24"/>
              </w:rPr>
              <w:t>Неделя</w:t>
            </w:r>
            <w:proofErr w:type="spellEnd"/>
          </w:p>
        </w:tc>
        <w:tc>
          <w:tcPr>
            <w:tcW w:w="1125" w:type="dxa"/>
          </w:tcPr>
          <w:p w14:paraId="185C7776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b/>
                <w:szCs w:val="24"/>
              </w:rPr>
              <w:t>Месяц</w:t>
            </w:r>
            <w:proofErr w:type="spellEnd"/>
          </w:p>
        </w:tc>
        <w:tc>
          <w:tcPr>
            <w:tcW w:w="1844" w:type="dxa"/>
          </w:tcPr>
          <w:p w14:paraId="2E5FB7F2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b/>
                <w:szCs w:val="24"/>
              </w:rPr>
              <w:t>Тема</w:t>
            </w:r>
            <w:proofErr w:type="spellEnd"/>
            <w:r w:rsidRPr="0070234E">
              <w:rPr>
                <w:b/>
                <w:szCs w:val="24"/>
              </w:rPr>
              <w:t xml:space="preserve"> </w:t>
            </w:r>
            <w:proofErr w:type="spellStart"/>
            <w:r w:rsidRPr="0070234E">
              <w:rPr>
                <w:b/>
                <w:szCs w:val="24"/>
              </w:rPr>
              <w:t>занятия</w:t>
            </w:r>
            <w:proofErr w:type="spellEnd"/>
          </w:p>
        </w:tc>
        <w:tc>
          <w:tcPr>
            <w:tcW w:w="3402" w:type="dxa"/>
          </w:tcPr>
          <w:p w14:paraId="29207CBB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b/>
                <w:szCs w:val="24"/>
              </w:rPr>
              <w:t>Содержание</w:t>
            </w:r>
            <w:proofErr w:type="spellEnd"/>
            <w:r w:rsidRPr="0070234E">
              <w:rPr>
                <w:b/>
                <w:szCs w:val="24"/>
              </w:rPr>
              <w:t xml:space="preserve"> </w:t>
            </w:r>
            <w:proofErr w:type="spellStart"/>
            <w:r w:rsidRPr="0070234E">
              <w:rPr>
                <w:b/>
                <w:szCs w:val="24"/>
              </w:rPr>
              <w:t>работы</w:t>
            </w:r>
            <w:proofErr w:type="spellEnd"/>
          </w:p>
        </w:tc>
        <w:tc>
          <w:tcPr>
            <w:tcW w:w="2000" w:type="dxa"/>
          </w:tcPr>
          <w:p w14:paraId="5E5DE627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b/>
                <w:szCs w:val="24"/>
              </w:rPr>
              <w:t>Материалы</w:t>
            </w:r>
            <w:proofErr w:type="spellEnd"/>
          </w:p>
        </w:tc>
      </w:tr>
      <w:tr w:rsidR="00E66AFB" w:rsidRPr="0070234E" w14:paraId="42F03300" w14:textId="77777777" w:rsidTr="0070234E">
        <w:trPr>
          <w:jc w:val="center"/>
        </w:trPr>
        <w:tc>
          <w:tcPr>
            <w:tcW w:w="532" w:type="dxa"/>
          </w:tcPr>
          <w:p w14:paraId="3CBCD389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1</w:t>
            </w:r>
          </w:p>
        </w:tc>
        <w:tc>
          <w:tcPr>
            <w:tcW w:w="1002" w:type="dxa"/>
          </w:tcPr>
          <w:p w14:paraId="330C0743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1</w:t>
            </w:r>
          </w:p>
        </w:tc>
        <w:tc>
          <w:tcPr>
            <w:tcW w:w="1125" w:type="dxa"/>
          </w:tcPr>
          <w:p w14:paraId="6F7F5CAB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Октябрь</w:t>
            </w:r>
            <w:proofErr w:type="spellEnd"/>
          </w:p>
        </w:tc>
        <w:tc>
          <w:tcPr>
            <w:tcW w:w="1844" w:type="dxa"/>
          </w:tcPr>
          <w:p w14:paraId="04130955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Осенний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лес</w:t>
            </w:r>
            <w:proofErr w:type="spellEnd"/>
          </w:p>
        </w:tc>
        <w:tc>
          <w:tcPr>
            <w:tcW w:w="3402" w:type="dxa"/>
          </w:tcPr>
          <w:p w14:paraId="6959A312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Тычок жёсткой полусухой кистью. Передача осенней палитры [Рисование]</w:t>
            </w:r>
          </w:p>
        </w:tc>
        <w:tc>
          <w:tcPr>
            <w:tcW w:w="2000" w:type="dxa"/>
          </w:tcPr>
          <w:p w14:paraId="2ED1D54A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Гуашь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жёсткие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кисти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</w:p>
        </w:tc>
      </w:tr>
      <w:tr w:rsidR="00E66AFB" w:rsidRPr="0070234E" w14:paraId="4744061C" w14:textId="77777777" w:rsidTr="0070234E">
        <w:trPr>
          <w:jc w:val="center"/>
        </w:trPr>
        <w:tc>
          <w:tcPr>
            <w:tcW w:w="532" w:type="dxa"/>
          </w:tcPr>
          <w:p w14:paraId="13E16CE8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2</w:t>
            </w:r>
          </w:p>
        </w:tc>
        <w:tc>
          <w:tcPr>
            <w:tcW w:w="1002" w:type="dxa"/>
          </w:tcPr>
          <w:p w14:paraId="4A1BB4F5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2</w:t>
            </w:r>
          </w:p>
        </w:tc>
        <w:tc>
          <w:tcPr>
            <w:tcW w:w="1125" w:type="dxa"/>
          </w:tcPr>
          <w:p w14:paraId="23F9E915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Октябрь</w:t>
            </w:r>
            <w:proofErr w:type="spellEnd"/>
          </w:p>
        </w:tc>
        <w:tc>
          <w:tcPr>
            <w:tcW w:w="1844" w:type="dxa"/>
          </w:tcPr>
          <w:p w14:paraId="456F8872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Разноцветные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листья</w:t>
            </w:r>
            <w:proofErr w:type="spellEnd"/>
          </w:p>
        </w:tc>
        <w:tc>
          <w:tcPr>
            <w:tcW w:w="3402" w:type="dxa"/>
          </w:tcPr>
          <w:p w14:paraId="62D251A2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Оттиск настоящими листьями. Композиция [Рисование]</w:t>
            </w:r>
          </w:p>
        </w:tc>
        <w:tc>
          <w:tcPr>
            <w:tcW w:w="2000" w:type="dxa"/>
          </w:tcPr>
          <w:p w14:paraId="399293FC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Гуашь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засушенные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листья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</w:p>
        </w:tc>
      </w:tr>
      <w:tr w:rsidR="00E66AFB" w:rsidRPr="0070234E" w14:paraId="5754738A" w14:textId="77777777" w:rsidTr="0070234E">
        <w:trPr>
          <w:jc w:val="center"/>
        </w:trPr>
        <w:tc>
          <w:tcPr>
            <w:tcW w:w="532" w:type="dxa"/>
          </w:tcPr>
          <w:p w14:paraId="17AB38AA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3</w:t>
            </w:r>
          </w:p>
        </w:tc>
        <w:tc>
          <w:tcPr>
            <w:tcW w:w="1002" w:type="dxa"/>
          </w:tcPr>
          <w:p w14:paraId="1EA99918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3</w:t>
            </w:r>
          </w:p>
        </w:tc>
        <w:tc>
          <w:tcPr>
            <w:tcW w:w="1125" w:type="dxa"/>
          </w:tcPr>
          <w:p w14:paraId="6B62DE32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Октябрь</w:t>
            </w:r>
            <w:proofErr w:type="spellEnd"/>
          </w:p>
        </w:tc>
        <w:tc>
          <w:tcPr>
            <w:tcW w:w="1844" w:type="dxa"/>
          </w:tcPr>
          <w:p w14:paraId="4AF31202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Осенний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ковёр</w:t>
            </w:r>
            <w:proofErr w:type="spellEnd"/>
          </w:p>
        </w:tc>
        <w:tc>
          <w:tcPr>
            <w:tcW w:w="3402" w:type="dxa"/>
          </w:tcPr>
          <w:p w14:paraId="6A06BBA7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Мозаика из цветной бумаги. Коллективная работа [Аппликация]</w:t>
            </w:r>
          </w:p>
        </w:tc>
        <w:tc>
          <w:tcPr>
            <w:tcW w:w="2000" w:type="dxa"/>
          </w:tcPr>
          <w:p w14:paraId="1F59E936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Цветная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картон</w:t>
            </w:r>
            <w:proofErr w:type="spellEnd"/>
          </w:p>
        </w:tc>
      </w:tr>
      <w:tr w:rsidR="00E66AFB" w:rsidRPr="0070234E" w14:paraId="7345D9D6" w14:textId="77777777" w:rsidTr="0070234E">
        <w:trPr>
          <w:jc w:val="center"/>
        </w:trPr>
        <w:tc>
          <w:tcPr>
            <w:tcW w:w="532" w:type="dxa"/>
          </w:tcPr>
          <w:p w14:paraId="5DE15471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4</w:t>
            </w:r>
          </w:p>
        </w:tc>
        <w:tc>
          <w:tcPr>
            <w:tcW w:w="1002" w:type="dxa"/>
          </w:tcPr>
          <w:p w14:paraId="28714EB1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4</w:t>
            </w:r>
          </w:p>
        </w:tc>
        <w:tc>
          <w:tcPr>
            <w:tcW w:w="1125" w:type="dxa"/>
          </w:tcPr>
          <w:p w14:paraId="1DE49566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Октябрь</w:t>
            </w:r>
            <w:proofErr w:type="spellEnd"/>
          </w:p>
        </w:tc>
        <w:tc>
          <w:tcPr>
            <w:tcW w:w="1844" w:type="dxa"/>
          </w:tcPr>
          <w:p w14:paraId="65442D43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Дары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осени</w:t>
            </w:r>
            <w:proofErr w:type="spellEnd"/>
          </w:p>
        </w:tc>
        <w:tc>
          <w:tcPr>
            <w:tcW w:w="3402" w:type="dxa"/>
          </w:tcPr>
          <w:p w14:paraId="038960EC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Лепка овощей и фруктов. Скатывание, сплющивание [Лепка]</w:t>
            </w:r>
          </w:p>
        </w:tc>
        <w:tc>
          <w:tcPr>
            <w:tcW w:w="2000" w:type="dxa"/>
          </w:tcPr>
          <w:p w14:paraId="485801B2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Глина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стеки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доски</w:t>
            </w:r>
            <w:proofErr w:type="spellEnd"/>
          </w:p>
        </w:tc>
      </w:tr>
      <w:tr w:rsidR="00E66AFB" w:rsidRPr="0070234E" w14:paraId="3EE0C5D0" w14:textId="77777777" w:rsidTr="0070234E">
        <w:trPr>
          <w:jc w:val="center"/>
        </w:trPr>
        <w:tc>
          <w:tcPr>
            <w:tcW w:w="532" w:type="dxa"/>
          </w:tcPr>
          <w:p w14:paraId="59C2CE38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5</w:t>
            </w:r>
          </w:p>
        </w:tc>
        <w:tc>
          <w:tcPr>
            <w:tcW w:w="1002" w:type="dxa"/>
          </w:tcPr>
          <w:p w14:paraId="216E0E57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5</w:t>
            </w:r>
          </w:p>
        </w:tc>
        <w:tc>
          <w:tcPr>
            <w:tcW w:w="1125" w:type="dxa"/>
          </w:tcPr>
          <w:p w14:paraId="1628EAD6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Октябрь</w:t>
            </w:r>
            <w:proofErr w:type="spellEnd"/>
          </w:p>
        </w:tc>
        <w:tc>
          <w:tcPr>
            <w:tcW w:w="1844" w:type="dxa"/>
          </w:tcPr>
          <w:p w14:paraId="3AC5D54E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Весёлые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жёлуди</w:t>
            </w:r>
            <w:proofErr w:type="spellEnd"/>
          </w:p>
        </w:tc>
        <w:tc>
          <w:tcPr>
            <w:tcW w:w="3402" w:type="dxa"/>
          </w:tcPr>
          <w:p w14:paraId="5294E8B4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Поделки из природного материала. Конструирование [Ручной труд]</w:t>
            </w:r>
          </w:p>
        </w:tc>
        <w:tc>
          <w:tcPr>
            <w:tcW w:w="2000" w:type="dxa"/>
          </w:tcPr>
          <w:p w14:paraId="35B0134A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Жёлуди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спички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пластилин-клей</w:t>
            </w:r>
            <w:proofErr w:type="spellEnd"/>
          </w:p>
        </w:tc>
      </w:tr>
      <w:tr w:rsidR="00E66AFB" w:rsidRPr="0070234E" w14:paraId="4ED185F6" w14:textId="77777777" w:rsidTr="0070234E">
        <w:trPr>
          <w:jc w:val="center"/>
        </w:trPr>
        <w:tc>
          <w:tcPr>
            <w:tcW w:w="532" w:type="dxa"/>
          </w:tcPr>
          <w:p w14:paraId="5011A4C9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6</w:t>
            </w:r>
          </w:p>
        </w:tc>
        <w:tc>
          <w:tcPr>
            <w:tcW w:w="1002" w:type="dxa"/>
          </w:tcPr>
          <w:p w14:paraId="4FEBA642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6</w:t>
            </w:r>
          </w:p>
        </w:tc>
        <w:tc>
          <w:tcPr>
            <w:tcW w:w="1125" w:type="dxa"/>
          </w:tcPr>
          <w:p w14:paraId="1E5619C1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Октябрь</w:t>
            </w:r>
            <w:proofErr w:type="spellEnd"/>
          </w:p>
        </w:tc>
        <w:tc>
          <w:tcPr>
            <w:tcW w:w="1844" w:type="dxa"/>
          </w:tcPr>
          <w:p w14:paraId="6826CA8A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Дождик, дождик, кап-кап-кап</w:t>
            </w:r>
          </w:p>
        </w:tc>
        <w:tc>
          <w:tcPr>
            <w:tcW w:w="3402" w:type="dxa"/>
          </w:tcPr>
          <w:p w14:paraId="333510A3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proofErr w:type="spellStart"/>
            <w:r w:rsidRPr="0070234E">
              <w:rPr>
                <w:szCs w:val="24"/>
                <w:lang w:val="ru-RU"/>
              </w:rPr>
              <w:t>Кляксография</w:t>
            </w:r>
            <w:proofErr w:type="spellEnd"/>
            <w:r w:rsidRPr="0070234E">
              <w:rPr>
                <w:szCs w:val="24"/>
                <w:lang w:val="ru-RU"/>
              </w:rPr>
              <w:t>. Наблюдение за движением краски [Рисование]</w:t>
            </w:r>
          </w:p>
        </w:tc>
        <w:tc>
          <w:tcPr>
            <w:tcW w:w="2000" w:type="dxa"/>
          </w:tcPr>
          <w:p w14:paraId="15CC0466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Акварель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трубочки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</w:p>
        </w:tc>
      </w:tr>
      <w:tr w:rsidR="00E66AFB" w:rsidRPr="0070234E" w14:paraId="5A5B9091" w14:textId="77777777" w:rsidTr="0070234E">
        <w:trPr>
          <w:jc w:val="center"/>
        </w:trPr>
        <w:tc>
          <w:tcPr>
            <w:tcW w:w="532" w:type="dxa"/>
          </w:tcPr>
          <w:p w14:paraId="570CFE17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7</w:t>
            </w:r>
          </w:p>
        </w:tc>
        <w:tc>
          <w:tcPr>
            <w:tcW w:w="1002" w:type="dxa"/>
          </w:tcPr>
          <w:p w14:paraId="287C9C63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7</w:t>
            </w:r>
          </w:p>
        </w:tc>
        <w:tc>
          <w:tcPr>
            <w:tcW w:w="1125" w:type="dxa"/>
          </w:tcPr>
          <w:p w14:paraId="4F88483F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Октябрь</w:t>
            </w:r>
            <w:proofErr w:type="spellEnd"/>
          </w:p>
        </w:tc>
        <w:tc>
          <w:tcPr>
            <w:tcW w:w="1844" w:type="dxa"/>
          </w:tcPr>
          <w:p w14:paraId="3A488143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Листопад</w:t>
            </w:r>
            <w:proofErr w:type="spellEnd"/>
          </w:p>
        </w:tc>
        <w:tc>
          <w:tcPr>
            <w:tcW w:w="3402" w:type="dxa"/>
          </w:tcPr>
          <w:p w14:paraId="0A93C228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Аппликация из засушенных листьев. Коллективная работа [Аппликация]</w:t>
            </w:r>
          </w:p>
        </w:tc>
        <w:tc>
          <w:tcPr>
            <w:tcW w:w="2000" w:type="dxa"/>
          </w:tcPr>
          <w:p w14:paraId="618C31B3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Засушенные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листья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картон</w:t>
            </w:r>
            <w:proofErr w:type="spellEnd"/>
          </w:p>
        </w:tc>
      </w:tr>
      <w:tr w:rsidR="00E66AFB" w:rsidRPr="0070234E" w14:paraId="529A5A51" w14:textId="77777777" w:rsidTr="0070234E">
        <w:trPr>
          <w:jc w:val="center"/>
        </w:trPr>
        <w:tc>
          <w:tcPr>
            <w:tcW w:w="532" w:type="dxa"/>
          </w:tcPr>
          <w:p w14:paraId="05C60423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8</w:t>
            </w:r>
          </w:p>
        </w:tc>
        <w:tc>
          <w:tcPr>
            <w:tcW w:w="1002" w:type="dxa"/>
          </w:tcPr>
          <w:p w14:paraId="1899770D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8</w:t>
            </w:r>
          </w:p>
        </w:tc>
        <w:tc>
          <w:tcPr>
            <w:tcW w:w="1125" w:type="dxa"/>
          </w:tcPr>
          <w:p w14:paraId="5278FA60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Октябрь</w:t>
            </w:r>
            <w:proofErr w:type="spellEnd"/>
          </w:p>
        </w:tc>
        <w:tc>
          <w:tcPr>
            <w:tcW w:w="1844" w:type="dxa"/>
          </w:tcPr>
          <w:p w14:paraId="062A07C0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Ёжик</w:t>
            </w:r>
            <w:proofErr w:type="spellEnd"/>
            <w:r w:rsidRPr="0070234E">
              <w:rPr>
                <w:szCs w:val="24"/>
              </w:rPr>
              <w:t xml:space="preserve"> с </w:t>
            </w:r>
            <w:proofErr w:type="spellStart"/>
            <w:r w:rsidRPr="0070234E">
              <w:rPr>
                <w:szCs w:val="24"/>
              </w:rPr>
              <w:t>яблоками</w:t>
            </w:r>
            <w:proofErr w:type="spellEnd"/>
          </w:p>
        </w:tc>
        <w:tc>
          <w:tcPr>
            <w:tcW w:w="3402" w:type="dxa"/>
          </w:tcPr>
          <w:p w14:paraId="1578002F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Обрывная аппликация. Развитие мелкой моторики [Аппликация]</w:t>
            </w:r>
          </w:p>
        </w:tc>
        <w:tc>
          <w:tcPr>
            <w:tcW w:w="2000" w:type="dxa"/>
          </w:tcPr>
          <w:p w14:paraId="37ABBDBA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Цветная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картон</w:t>
            </w:r>
            <w:proofErr w:type="spellEnd"/>
          </w:p>
        </w:tc>
      </w:tr>
      <w:tr w:rsidR="00E66AFB" w:rsidRPr="0070234E" w14:paraId="1FDBB354" w14:textId="77777777" w:rsidTr="0070234E">
        <w:trPr>
          <w:jc w:val="center"/>
        </w:trPr>
        <w:tc>
          <w:tcPr>
            <w:tcW w:w="532" w:type="dxa"/>
          </w:tcPr>
          <w:p w14:paraId="0687B5CA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9</w:t>
            </w:r>
          </w:p>
        </w:tc>
        <w:tc>
          <w:tcPr>
            <w:tcW w:w="1002" w:type="dxa"/>
          </w:tcPr>
          <w:p w14:paraId="1F55AA20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1</w:t>
            </w:r>
          </w:p>
        </w:tc>
        <w:tc>
          <w:tcPr>
            <w:tcW w:w="1125" w:type="dxa"/>
          </w:tcPr>
          <w:p w14:paraId="346C59C1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Ноябрь</w:t>
            </w:r>
            <w:proofErr w:type="spellEnd"/>
          </w:p>
        </w:tc>
        <w:tc>
          <w:tcPr>
            <w:tcW w:w="1844" w:type="dxa"/>
          </w:tcPr>
          <w:p w14:paraId="3BBC0992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Мои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любимые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питомцы</w:t>
            </w:r>
            <w:proofErr w:type="spellEnd"/>
          </w:p>
        </w:tc>
        <w:tc>
          <w:tcPr>
            <w:tcW w:w="3402" w:type="dxa"/>
          </w:tcPr>
          <w:p w14:paraId="37C7F251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Рисование ватными палочками. Точечный рисунок [Рисование]</w:t>
            </w:r>
          </w:p>
        </w:tc>
        <w:tc>
          <w:tcPr>
            <w:tcW w:w="2000" w:type="dxa"/>
          </w:tcPr>
          <w:p w14:paraId="0CA7E3D2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Гуашь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ватные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палочки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</w:p>
        </w:tc>
      </w:tr>
      <w:tr w:rsidR="00E66AFB" w:rsidRPr="0070234E" w14:paraId="54039BB1" w14:textId="77777777" w:rsidTr="0070234E">
        <w:trPr>
          <w:jc w:val="center"/>
        </w:trPr>
        <w:tc>
          <w:tcPr>
            <w:tcW w:w="532" w:type="dxa"/>
          </w:tcPr>
          <w:p w14:paraId="4A7B4E4B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10</w:t>
            </w:r>
          </w:p>
        </w:tc>
        <w:tc>
          <w:tcPr>
            <w:tcW w:w="1002" w:type="dxa"/>
          </w:tcPr>
          <w:p w14:paraId="77777699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2</w:t>
            </w:r>
          </w:p>
        </w:tc>
        <w:tc>
          <w:tcPr>
            <w:tcW w:w="1125" w:type="dxa"/>
          </w:tcPr>
          <w:p w14:paraId="3D0DC63D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Ноябрь</w:t>
            </w:r>
            <w:proofErr w:type="spellEnd"/>
          </w:p>
        </w:tc>
        <w:tc>
          <w:tcPr>
            <w:tcW w:w="1844" w:type="dxa"/>
          </w:tcPr>
          <w:p w14:paraId="547AF956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Уточка</w:t>
            </w:r>
            <w:proofErr w:type="spellEnd"/>
          </w:p>
        </w:tc>
        <w:tc>
          <w:tcPr>
            <w:tcW w:w="3402" w:type="dxa"/>
          </w:tcPr>
          <w:p w14:paraId="0CBC36A8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Скульптурная лепка. Передача формы и пропорций [Лепка]</w:t>
            </w:r>
          </w:p>
        </w:tc>
        <w:tc>
          <w:tcPr>
            <w:tcW w:w="2000" w:type="dxa"/>
          </w:tcPr>
          <w:p w14:paraId="2B89796A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Глина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стеки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доски</w:t>
            </w:r>
            <w:proofErr w:type="spellEnd"/>
          </w:p>
        </w:tc>
      </w:tr>
      <w:tr w:rsidR="00E66AFB" w:rsidRPr="0070234E" w14:paraId="6F52CDB5" w14:textId="77777777" w:rsidTr="0070234E">
        <w:trPr>
          <w:jc w:val="center"/>
        </w:trPr>
        <w:tc>
          <w:tcPr>
            <w:tcW w:w="532" w:type="dxa"/>
          </w:tcPr>
          <w:p w14:paraId="2978BA61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11</w:t>
            </w:r>
          </w:p>
        </w:tc>
        <w:tc>
          <w:tcPr>
            <w:tcW w:w="1002" w:type="dxa"/>
          </w:tcPr>
          <w:p w14:paraId="1792F65B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3</w:t>
            </w:r>
          </w:p>
        </w:tc>
        <w:tc>
          <w:tcPr>
            <w:tcW w:w="1125" w:type="dxa"/>
          </w:tcPr>
          <w:p w14:paraId="7C01AFBC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Ноябрь</w:t>
            </w:r>
            <w:proofErr w:type="spellEnd"/>
          </w:p>
        </w:tc>
        <w:tc>
          <w:tcPr>
            <w:tcW w:w="1844" w:type="dxa"/>
          </w:tcPr>
          <w:p w14:paraId="67BFC5B7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Котёнок</w:t>
            </w:r>
            <w:proofErr w:type="spellEnd"/>
          </w:p>
        </w:tc>
        <w:tc>
          <w:tcPr>
            <w:tcW w:w="3402" w:type="dxa"/>
          </w:tcPr>
          <w:p w14:paraId="4310F896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Игрушка из ткани. Набивка и оформление [Ручной труд]</w:t>
            </w:r>
          </w:p>
        </w:tc>
        <w:tc>
          <w:tcPr>
            <w:tcW w:w="2000" w:type="dxa"/>
          </w:tcPr>
          <w:p w14:paraId="7D1D7D09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Ткань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вата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нитки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ленты</w:t>
            </w:r>
            <w:proofErr w:type="spellEnd"/>
          </w:p>
        </w:tc>
      </w:tr>
      <w:tr w:rsidR="00E66AFB" w:rsidRPr="0070234E" w14:paraId="502E37BF" w14:textId="77777777" w:rsidTr="0070234E">
        <w:trPr>
          <w:jc w:val="center"/>
        </w:trPr>
        <w:tc>
          <w:tcPr>
            <w:tcW w:w="532" w:type="dxa"/>
          </w:tcPr>
          <w:p w14:paraId="56AA9A4E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12</w:t>
            </w:r>
          </w:p>
        </w:tc>
        <w:tc>
          <w:tcPr>
            <w:tcW w:w="1002" w:type="dxa"/>
          </w:tcPr>
          <w:p w14:paraId="69EE7E6C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4</w:t>
            </w:r>
          </w:p>
        </w:tc>
        <w:tc>
          <w:tcPr>
            <w:tcW w:w="1125" w:type="dxa"/>
          </w:tcPr>
          <w:p w14:paraId="7D74D823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Ноябрь</w:t>
            </w:r>
            <w:proofErr w:type="spellEnd"/>
          </w:p>
        </w:tc>
        <w:tc>
          <w:tcPr>
            <w:tcW w:w="1844" w:type="dxa"/>
          </w:tcPr>
          <w:p w14:paraId="0694ADEE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Аквариум</w:t>
            </w:r>
            <w:proofErr w:type="spellEnd"/>
            <w:r w:rsidRPr="0070234E">
              <w:rPr>
                <w:szCs w:val="24"/>
              </w:rPr>
              <w:t xml:space="preserve"> с </w:t>
            </w:r>
            <w:proofErr w:type="spellStart"/>
            <w:r w:rsidRPr="0070234E">
              <w:rPr>
                <w:szCs w:val="24"/>
              </w:rPr>
              <w:t>рыбками</w:t>
            </w:r>
            <w:proofErr w:type="spellEnd"/>
          </w:p>
        </w:tc>
        <w:tc>
          <w:tcPr>
            <w:tcW w:w="3402" w:type="dxa"/>
          </w:tcPr>
          <w:p w14:paraId="10E136A4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Аппликация с элементами оригами [Аппликация]</w:t>
            </w:r>
          </w:p>
        </w:tc>
        <w:tc>
          <w:tcPr>
            <w:tcW w:w="2000" w:type="dxa"/>
          </w:tcPr>
          <w:p w14:paraId="2AF9E761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Цветная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картон</w:t>
            </w:r>
            <w:proofErr w:type="spellEnd"/>
          </w:p>
        </w:tc>
      </w:tr>
      <w:tr w:rsidR="00E66AFB" w:rsidRPr="0070234E" w14:paraId="1595760A" w14:textId="77777777" w:rsidTr="0070234E">
        <w:trPr>
          <w:jc w:val="center"/>
        </w:trPr>
        <w:tc>
          <w:tcPr>
            <w:tcW w:w="532" w:type="dxa"/>
          </w:tcPr>
          <w:p w14:paraId="181D8D7B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13</w:t>
            </w:r>
          </w:p>
        </w:tc>
        <w:tc>
          <w:tcPr>
            <w:tcW w:w="1002" w:type="dxa"/>
          </w:tcPr>
          <w:p w14:paraId="40C95B29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5</w:t>
            </w:r>
          </w:p>
        </w:tc>
        <w:tc>
          <w:tcPr>
            <w:tcW w:w="1125" w:type="dxa"/>
          </w:tcPr>
          <w:p w14:paraId="07BB0592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Ноябрь</w:t>
            </w:r>
            <w:proofErr w:type="spellEnd"/>
          </w:p>
        </w:tc>
        <w:tc>
          <w:tcPr>
            <w:tcW w:w="1844" w:type="dxa"/>
          </w:tcPr>
          <w:p w14:paraId="2CD16511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Первый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снег</w:t>
            </w:r>
            <w:proofErr w:type="spellEnd"/>
          </w:p>
        </w:tc>
        <w:tc>
          <w:tcPr>
            <w:tcW w:w="3402" w:type="dxa"/>
          </w:tcPr>
          <w:p w14:paraId="781F0B66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Монотипия. Складывание листа, отпечаток [Рисование]</w:t>
            </w:r>
          </w:p>
        </w:tc>
        <w:tc>
          <w:tcPr>
            <w:tcW w:w="2000" w:type="dxa"/>
          </w:tcPr>
          <w:p w14:paraId="5A053A2B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Гуашь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кисти</w:t>
            </w:r>
            <w:proofErr w:type="spellEnd"/>
          </w:p>
        </w:tc>
      </w:tr>
      <w:tr w:rsidR="00E66AFB" w:rsidRPr="004F2450" w14:paraId="041DD0DE" w14:textId="77777777" w:rsidTr="0070234E">
        <w:trPr>
          <w:jc w:val="center"/>
        </w:trPr>
        <w:tc>
          <w:tcPr>
            <w:tcW w:w="532" w:type="dxa"/>
          </w:tcPr>
          <w:p w14:paraId="21DE1F1F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14</w:t>
            </w:r>
          </w:p>
        </w:tc>
        <w:tc>
          <w:tcPr>
            <w:tcW w:w="1002" w:type="dxa"/>
          </w:tcPr>
          <w:p w14:paraId="615CB8A8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6</w:t>
            </w:r>
          </w:p>
        </w:tc>
        <w:tc>
          <w:tcPr>
            <w:tcW w:w="1125" w:type="dxa"/>
          </w:tcPr>
          <w:p w14:paraId="3D25016A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Ноябрь</w:t>
            </w:r>
            <w:proofErr w:type="spellEnd"/>
          </w:p>
        </w:tc>
        <w:tc>
          <w:tcPr>
            <w:tcW w:w="1844" w:type="dxa"/>
          </w:tcPr>
          <w:p w14:paraId="4FB40710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Снежинки</w:t>
            </w:r>
            <w:proofErr w:type="spellEnd"/>
          </w:p>
        </w:tc>
        <w:tc>
          <w:tcPr>
            <w:tcW w:w="3402" w:type="dxa"/>
          </w:tcPr>
          <w:p w14:paraId="487FDC8F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Рисование свечой и акварелью. «Волшебное» проявление [Рисование]</w:t>
            </w:r>
          </w:p>
        </w:tc>
        <w:tc>
          <w:tcPr>
            <w:tcW w:w="2000" w:type="dxa"/>
          </w:tcPr>
          <w:p w14:paraId="6C3D3B6E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Свеча (воск. мелки), акварель, бумага</w:t>
            </w:r>
          </w:p>
        </w:tc>
      </w:tr>
      <w:tr w:rsidR="00E66AFB" w:rsidRPr="0070234E" w14:paraId="507855D7" w14:textId="77777777" w:rsidTr="0070234E">
        <w:trPr>
          <w:jc w:val="center"/>
        </w:trPr>
        <w:tc>
          <w:tcPr>
            <w:tcW w:w="532" w:type="dxa"/>
          </w:tcPr>
          <w:p w14:paraId="06E28954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15</w:t>
            </w:r>
          </w:p>
        </w:tc>
        <w:tc>
          <w:tcPr>
            <w:tcW w:w="1002" w:type="dxa"/>
          </w:tcPr>
          <w:p w14:paraId="3BBB033A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7</w:t>
            </w:r>
          </w:p>
        </w:tc>
        <w:tc>
          <w:tcPr>
            <w:tcW w:w="1125" w:type="dxa"/>
          </w:tcPr>
          <w:p w14:paraId="1077AC41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Ноябрь</w:t>
            </w:r>
            <w:proofErr w:type="spellEnd"/>
          </w:p>
        </w:tc>
        <w:tc>
          <w:tcPr>
            <w:tcW w:w="1844" w:type="dxa"/>
          </w:tcPr>
          <w:p w14:paraId="5A17E778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Совушка</w:t>
            </w:r>
            <w:proofErr w:type="spellEnd"/>
          </w:p>
        </w:tc>
        <w:tc>
          <w:tcPr>
            <w:tcW w:w="3402" w:type="dxa"/>
          </w:tcPr>
          <w:p w14:paraId="6217C6BA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r w:rsidRPr="0070234E">
              <w:rPr>
                <w:szCs w:val="24"/>
                <w:lang w:val="ru-RU"/>
              </w:rPr>
              <w:t xml:space="preserve">Поделка из шишек и желудей. </w:t>
            </w:r>
            <w:proofErr w:type="spellStart"/>
            <w:r w:rsidRPr="0070234E">
              <w:rPr>
                <w:szCs w:val="24"/>
              </w:rPr>
              <w:t>Соединение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деталей</w:t>
            </w:r>
            <w:proofErr w:type="spellEnd"/>
            <w:r w:rsidRPr="0070234E">
              <w:rPr>
                <w:szCs w:val="24"/>
              </w:rPr>
              <w:t xml:space="preserve"> [</w:t>
            </w:r>
            <w:proofErr w:type="spellStart"/>
            <w:r w:rsidRPr="0070234E">
              <w:rPr>
                <w:szCs w:val="24"/>
              </w:rPr>
              <w:t>Ручной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труд</w:t>
            </w:r>
            <w:proofErr w:type="spellEnd"/>
            <w:r w:rsidRPr="0070234E">
              <w:rPr>
                <w:szCs w:val="24"/>
              </w:rPr>
              <w:t>]</w:t>
            </w:r>
          </w:p>
        </w:tc>
        <w:tc>
          <w:tcPr>
            <w:tcW w:w="2000" w:type="dxa"/>
          </w:tcPr>
          <w:p w14:paraId="452FA922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Шишки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жёлуди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пластилин</w:t>
            </w:r>
            <w:proofErr w:type="spellEnd"/>
          </w:p>
        </w:tc>
      </w:tr>
      <w:tr w:rsidR="00E66AFB" w:rsidRPr="0070234E" w14:paraId="411D4ACF" w14:textId="77777777" w:rsidTr="0070234E">
        <w:trPr>
          <w:jc w:val="center"/>
        </w:trPr>
        <w:tc>
          <w:tcPr>
            <w:tcW w:w="532" w:type="dxa"/>
          </w:tcPr>
          <w:p w14:paraId="338206CD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lastRenderedPageBreak/>
              <w:t>16</w:t>
            </w:r>
          </w:p>
        </w:tc>
        <w:tc>
          <w:tcPr>
            <w:tcW w:w="1002" w:type="dxa"/>
          </w:tcPr>
          <w:p w14:paraId="1E4BBD51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8</w:t>
            </w:r>
          </w:p>
        </w:tc>
        <w:tc>
          <w:tcPr>
            <w:tcW w:w="1125" w:type="dxa"/>
          </w:tcPr>
          <w:p w14:paraId="5AAA93E8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Ноябрь</w:t>
            </w:r>
            <w:proofErr w:type="spellEnd"/>
          </w:p>
        </w:tc>
        <w:tc>
          <w:tcPr>
            <w:tcW w:w="1844" w:type="dxa"/>
          </w:tcPr>
          <w:p w14:paraId="5CF9100F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Зимний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лес</w:t>
            </w:r>
            <w:proofErr w:type="spellEnd"/>
          </w:p>
        </w:tc>
        <w:tc>
          <w:tcPr>
            <w:tcW w:w="3402" w:type="dxa"/>
          </w:tcPr>
          <w:p w14:paraId="59E9F50D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Силуэтная аппликация. Передача настроения [Аппликация]</w:t>
            </w:r>
          </w:p>
        </w:tc>
        <w:tc>
          <w:tcPr>
            <w:tcW w:w="2000" w:type="dxa"/>
          </w:tcPr>
          <w:p w14:paraId="7F6AD93F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Цветная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картон</w:t>
            </w:r>
            <w:proofErr w:type="spellEnd"/>
          </w:p>
        </w:tc>
      </w:tr>
      <w:tr w:rsidR="00E66AFB" w:rsidRPr="0070234E" w14:paraId="550FCED9" w14:textId="77777777" w:rsidTr="0070234E">
        <w:trPr>
          <w:jc w:val="center"/>
        </w:trPr>
        <w:tc>
          <w:tcPr>
            <w:tcW w:w="532" w:type="dxa"/>
          </w:tcPr>
          <w:p w14:paraId="1BCBCA08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17</w:t>
            </w:r>
          </w:p>
        </w:tc>
        <w:tc>
          <w:tcPr>
            <w:tcW w:w="1002" w:type="dxa"/>
          </w:tcPr>
          <w:p w14:paraId="74125EC8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1</w:t>
            </w:r>
          </w:p>
        </w:tc>
        <w:tc>
          <w:tcPr>
            <w:tcW w:w="1125" w:type="dxa"/>
          </w:tcPr>
          <w:p w14:paraId="7FCB229A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Декабрь</w:t>
            </w:r>
            <w:proofErr w:type="spellEnd"/>
          </w:p>
        </w:tc>
        <w:tc>
          <w:tcPr>
            <w:tcW w:w="1844" w:type="dxa"/>
          </w:tcPr>
          <w:p w14:paraId="2EFB6934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Новогодняя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ёлочка</w:t>
            </w:r>
            <w:proofErr w:type="spellEnd"/>
          </w:p>
        </w:tc>
        <w:tc>
          <w:tcPr>
            <w:tcW w:w="3402" w:type="dxa"/>
          </w:tcPr>
          <w:p w14:paraId="7DFFC215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Барельеф из глины. Раскатывание, вырезание формы [Лепка]</w:t>
            </w:r>
          </w:p>
        </w:tc>
        <w:tc>
          <w:tcPr>
            <w:tcW w:w="2000" w:type="dxa"/>
          </w:tcPr>
          <w:p w14:paraId="57C5A9CC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Глина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стеки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доски</w:t>
            </w:r>
            <w:proofErr w:type="spellEnd"/>
          </w:p>
        </w:tc>
      </w:tr>
      <w:tr w:rsidR="00E66AFB" w:rsidRPr="0070234E" w14:paraId="6480647E" w14:textId="77777777" w:rsidTr="0070234E">
        <w:trPr>
          <w:jc w:val="center"/>
        </w:trPr>
        <w:tc>
          <w:tcPr>
            <w:tcW w:w="532" w:type="dxa"/>
          </w:tcPr>
          <w:p w14:paraId="5A7F4F92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18</w:t>
            </w:r>
          </w:p>
        </w:tc>
        <w:tc>
          <w:tcPr>
            <w:tcW w:w="1002" w:type="dxa"/>
          </w:tcPr>
          <w:p w14:paraId="611C6DBA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2</w:t>
            </w:r>
          </w:p>
        </w:tc>
        <w:tc>
          <w:tcPr>
            <w:tcW w:w="1125" w:type="dxa"/>
          </w:tcPr>
          <w:p w14:paraId="1AAA62AC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Декабрь</w:t>
            </w:r>
            <w:proofErr w:type="spellEnd"/>
          </w:p>
        </w:tc>
        <w:tc>
          <w:tcPr>
            <w:tcW w:w="1844" w:type="dxa"/>
          </w:tcPr>
          <w:p w14:paraId="15981BC1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Новогодняя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гирлянда</w:t>
            </w:r>
            <w:proofErr w:type="spellEnd"/>
          </w:p>
        </w:tc>
        <w:tc>
          <w:tcPr>
            <w:tcW w:w="3402" w:type="dxa"/>
          </w:tcPr>
          <w:p w14:paraId="076D8898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Флажки из ткани. Вырезание, украшение [Ручной труд]</w:t>
            </w:r>
          </w:p>
        </w:tc>
        <w:tc>
          <w:tcPr>
            <w:tcW w:w="2000" w:type="dxa"/>
          </w:tcPr>
          <w:p w14:paraId="101DDBA8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Ткань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нитки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ножницы</w:t>
            </w:r>
            <w:proofErr w:type="spellEnd"/>
          </w:p>
        </w:tc>
      </w:tr>
      <w:tr w:rsidR="00E66AFB" w:rsidRPr="0070234E" w14:paraId="372E75A7" w14:textId="77777777" w:rsidTr="0070234E">
        <w:trPr>
          <w:jc w:val="center"/>
        </w:trPr>
        <w:tc>
          <w:tcPr>
            <w:tcW w:w="532" w:type="dxa"/>
          </w:tcPr>
          <w:p w14:paraId="2C9C12E9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19</w:t>
            </w:r>
          </w:p>
        </w:tc>
        <w:tc>
          <w:tcPr>
            <w:tcW w:w="1002" w:type="dxa"/>
          </w:tcPr>
          <w:p w14:paraId="7A8E4603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3</w:t>
            </w:r>
          </w:p>
        </w:tc>
        <w:tc>
          <w:tcPr>
            <w:tcW w:w="1125" w:type="dxa"/>
          </w:tcPr>
          <w:p w14:paraId="3F20EB55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Декабрь</w:t>
            </w:r>
            <w:proofErr w:type="spellEnd"/>
          </w:p>
        </w:tc>
        <w:tc>
          <w:tcPr>
            <w:tcW w:w="1844" w:type="dxa"/>
          </w:tcPr>
          <w:p w14:paraId="6CF0FAA9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Новогодняя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ёлка</w:t>
            </w:r>
            <w:proofErr w:type="spellEnd"/>
          </w:p>
        </w:tc>
        <w:tc>
          <w:tcPr>
            <w:tcW w:w="3402" w:type="dxa"/>
          </w:tcPr>
          <w:p w14:paraId="73CD1CFA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Тычок полусухой кистью. Пушистая хвоя [Рисование]</w:t>
            </w:r>
          </w:p>
        </w:tc>
        <w:tc>
          <w:tcPr>
            <w:tcW w:w="2000" w:type="dxa"/>
          </w:tcPr>
          <w:p w14:paraId="1EDD9F21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Гуашь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жёсткие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кисти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</w:p>
        </w:tc>
      </w:tr>
      <w:tr w:rsidR="00E66AFB" w:rsidRPr="0070234E" w14:paraId="377968EB" w14:textId="77777777" w:rsidTr="0070234E">
        <w:trPr>
          <w:jc w:val="center"/>
        </w:trPr>
        <w:tc>
          <w:tcPr>
            <w:tcW w:w="532" w:type="dxa"/>
          </w:tcPr>
          <w:p w14:paraId="0C645825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20</w:t>
            </w:r>
          </w:p>
        </w:tc>
        <w:tc>
          <w:tcPr>
            <w:tcW w:w="1002" w:type="dxa"/>
          </w:tcPr>
          <w:p w14:paraId="00963A11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4</w:t>
            </w:r>
          </w:p>
        </w:tc>
        <w:tc>
          <w:tcPr>
            <w:tcW w:w="1125" w:type="dxa"/>
          </w:tcPr>
          <w:p w14:paraId="1E3E619D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Декабрь</w:t>
            </w:r>
            <w:proofErr w:type="spellEnd"/>
          </w:p>
        </w:tc>
        <w:tc>
          <w:tcPr>
            <w:tcW w:w="1844" w:type="dxa"/>
          </w:tcPr>
          <w:p w14:paraId="5A3389CB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Открытка</w:t>
            </w:r>
            <w:proofErr w:type="spellEnd"/>
            <w:r w:rsidRPr="0070234E">
              <w:rPr>
                <w:szCs w:val="24"/>
              </w:rPr>
              <w:t xml:space="preserve"> к </w:t>
            </w:r>
            <w:proofErr w:type="spellStart"/>
            <w:r w:rsidRPr="0070234E">
              <w:rPr>
                <w:szCs w:val="24"/>
              </w:rPr>
              <w:t>Новому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году</w:t>
            </w:r>
            <w:proofErr w:type="spellEnd"/>
          </w:p>
        </w:tc>
        <w:tc>
          <w:tcPr>
            <w:tcW w:w="3402" w:type="dxa"/>
          </w:tcPr>
          <w:p w14:paraId="063A1A36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Комбинированная аппликация. Сюжетная композиция [Аппликация]</w:t>
            </w:r>
          </w:p>
        </w:tc>
        <w:tc>
          <w:tcPr>
            <w:tcW w:w="2000" w:type="dxa"/>
          </w:tcPr>
          <w:p w14:paraId="7E0C4329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Цветная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мишура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</w:p>
        </w:tc>
      </w:tr>
      <w:tr w:rsidR="00E66AFB" w:rsidRPr="0070234E" w14:paraId="5D1AE64C" w14:textId="77777777" w:rsidTr="0070234E">
        <w:trPr>
          <w:jc w:val="center"/>
        </w:trPr>
        <w:tc>
          <w:tcPr>
            <w:tcW w:w="532" w:type="dxa"/>
          </w:tcPr>
          <w:p w14:paraId="47BABDF0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21</w:t>
            </w:r>
          </w:p>
        </w:tc>
        <w:tc>
          <w:tcPr>
            <w:tcW w:w="1002" w:type="dxa"/>
          </w:tcPr>
          <w:p w14:paraId="62156D5D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5</w:t>
            </w:r>
          </w:p>
        </w:tc>
        <w:tc>
          <w:tcPr>
            <w:tcW w:w="1125" w:type="dxa"/>
          </w:tcPr>
          <w:p w14:paraId="6B116612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Декабрь</w:t>
            </w:r>
            <w:proofErr w:type="spellEnd"/>
          </w:p>
        </w:tc>
        <w:tc>
          <w:tcPr>
            <w:tcW w:w="1844" w:type="dxa"/>
          </w:tcPr>
          <w:p w14:paraId="15859FDA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Дед Мороз спешит к нам</w:t>
            </w:r>
          </w:p>
        </w:tc>
        <w:tc>
          <w:tcPr>
            <w:tcW w:w="3402" w:type="dxa"/>
          </w:tcPr>
          <w:p w14:paraId="42522378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Пальчиковое рисование. Образ Деда Мороза [Рисование]</w:t>
            </w:r>
          </w:p>
        </w:tc>
        <w:tc>
          <w:tcPr>
            <w:tcW w:w="2000" w:type="dxa"/>
          </w:tcPr>
          <w:p w14:paraId="6427920D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Гуашь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салфетки</w:t>
            </w:r>
            <w:proofErr w:type="spellEnd"/>
          </w:p>
        </w:tc>
      </w:tr>
      <w:tr w:rsidR="00E66AFB" w:rsidRPr="0070234E" w14:paraId="13669C2B" w14:textId="77777777" w:rsidTr="0070234E">
        <w:trPr>
          <w:jc w:val="center"/>
        </w:trPr>
        <w:tc>
          <w:tcPr>
            <w:tcW w:w="532" w:type="dxa"/>
          </w:tcPr>
          <w:p w14:paraId="6C01C8D3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22</w:t>
            </w:r>
          </w:p>
        </w:tc>
        <w:tc>
          <w:tcPr>
            <w:tcW w:w="1002" w:type="dxa"/>
          </w:tcPr>
          <w:p w14:paraId="1B8230FA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6</w:t>
            </w:r>
          </w:p>
        </w:tc>
        <w:tc>
          <w:tcPr>
            <w:tcW w:w="1125" w:type="dxa"/>
          </w:tcPr>
          <w:p w14:paraId="6C9DB711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Декабрь</w:t>
            </w:r>
            <w:proofErr w:type="spellEnd"/>
          </w:p>
        </w:tc>
        <w:tc>
          <w:tcPr>
            <w:tcW w:w="1844" w:type="dxa"/>
          </w:tcPr>
          <w:p w14:paraId="7984F59E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Снеговик</w:t>
            </w:r>
            <w:proofErr w:type="spellEnd"/>
          </w:p>
        </w:tc>
        <w:tc>
          <w:tcPr>
            <w:tcW w:w="3402" w:type="dxa"/>
          </w:tcPr>
          <w:p w14:paraId="7CCFA4B5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r w:rsidRPr="0070234E">
              <w:rPr>
                <w:szCs w:val="24"/>
                <w:lang w:val="ru-RU"/>
              </w:rPr>
              <w:t xml:space="preserve">Поделка из ваты и картона. </w:t>
            </w:r>
            <w:proofErr w:type="spellStart"/>
            <w:r w:rsidRPr="0070234E">
              <w:rPr>
                <w:szCs w:val="24"/>
              </w:rPr>
              <w:t>Конструирование</w:t>
            </w:r>
            <w:proofErr w:type="spellEnd"/>
            <w:r w:rsidRPr="0070234E">
              <w:rPr>
                <w:szCs w:val="24"/>
              </w:rPr>
              <w:t xml:space="preserve"> [</w:t>
            </w:r>
            <w:proofErr w:type="spellStart"/>
            <w:r w:rsidRPr="0070234E">
              <w:rPr>
                <w:szCs w:val="24"/>
              </w:rPr>
              <w:t>Ручной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труд</w:t>
            </w:r>
            <w:proofErr w:type="spellEnd"/>
            <w:r w:rsidRPr="0070234E">
              <w:rPr>
                <w:szCs w:val="24"/>
              </w:rPr>
              <w:t>]</w:t>
            </w:r>
          </w:p>
        </w:tc>
        <w:tc>
          <w:tcPr>
            <w:tcW w:w="2000" w:type="dxa"/>
          </w:tcPr>
          <w:p w14:paraId="44EEACC3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Вата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картон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фломастеры</w:t>
            </w:r>
            <w:proofErr w:type="spellEnd"/>
          </w:p>
        </w:tc>
      </w:tr>
      <w:tr w:rsidR="00E66AFB" w:rsidRPr="0070234E" w14:paraId="136729D7" w14:textId="77777777" w:rsidTr="0070234E">
        <w:trPr>
          <w:jc w:val="center"/>
        </w:trPr>
        <w:tc>
          <w:tcPr>
            <w:tcW w:w="532" w:type="dxa"/>
          </w:tcPr>
          <w:p w14:paraId="6281E39A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23</w:t>
            </w:r>
          </w:p>
        </w:tc>
        <w:tc>
          <w:tcPr>
            <w:tcW w:w="1002" w:type="dxa"/>
          </w:tcPr>
          <w:p w14:paraId="2C057DD0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7</w:t>
            </w:r>
          </w:p>
        </w:tc>
        <w:tc>
          <w:tcPr>
            <w:tcW w:w="1125" w:type="dxa"/>
          </w:tcPr>
          <w:p w14:paraId="69B8597F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Декабрь</w:t>
            </w:r>
            <w:proofErr w:type="spellEnd"/>
          </w:p>
        </w:tc>
        <w:tc>
          <w:tcPr>
            <w:tcW w:w="1844" w:type="dxa"/>
          </w:tcPr>
          <w:p w14:paraId="604E3B2C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Снеговик</w:t>
            </w:r>
            <w:proofErr w:type="spellEnd"/>
          </w:p>
        </w:tc>
        <w:tc>
          <w:tcPr>
            <w:tcW w:w="3402" w:type="dxa"/>
          </w:tcPr>
          <w:p w14:paraId="3440DF40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Лепка из глины. Раскатывание шаров, соединение [Лепка]</w:t>
            </w:r>
          </w:p>
        </w:tc>
        <w:tc>
          <w:tcPr>
            <w:tcW w:w="2000" w:type="dxa"/>
          </w:tcPr>
          <w:p w14:paraId="37C1730A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Глина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стеки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доски</w:t>
            </w:r>
            <w:proofErr w:type="spellEnd"/>
          </w:p>
        </w:tc>
      </w:tr>
      <w:tr w:rsidR="00E66AFB" w:rsidRPr="0070234E" w14:paraId="15D44C76" w14:textId="77777777" w:rsidTr="0070234E">
        <w:trPr>
          <w:jc w:val="center"/>
        </w:trPr>
        <w:tc>
          <w:tcPr>
            <w:tcW w:w="532" w:type="dxa"/>
          </w:tcPr>
          <w:p w14:paraId="77BCE376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24</w:t>
            </w:r>
          </w:p>
        </w:tc>
        <w:tc>
          <w:tcPr>
            <w:tcW w:w="1002" w:type="dxa"/>
          </w:tcPr>
          <w:p w14:paraId="246F1536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8</w:t>
            </w:r>
          </w:p>
        </w:tc>
        <w:tc>
          <w:tcPr>
            <w:tcW w:w="1125" w:type="dxa"/>
          </w:tcPr>
          <w:p w14:paraId="548D8F75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Декабрь</w:t>
            </w:r>
            <w:proofErr w:type="spellEnd"/>
          </w:p>
        </w:tc>
        <w:tc>
          <w:tcPr>
            <w:tcW w:w="1844" w:type="dxa"/>
          </w:tcPr>
          <w:p w14:paraId="55C56959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Новогодняя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игрушка</w:t>
            </w:r>
            <w:proofErr w:type="spellEnd"/>
          </w:p>
        </w:tc>
        <w:tc>
          <w:tcPr>
            <w:tcW w:w="3402" w:type="dxa"/>
          </w:tcPr>
          <w:p w14:paraId="1167601D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Аппликация из салфеток. Скатывание шариков [Аппликация]</w:t>
            </w:r>
          </w:p>
        </w:tc>
        <w:tc>
          <w:tcPr>
            <w:tcW w:w="2000" w:type="dxa"/>
          </w:tcPr>
          <w:p w14:paraId="45DEF7C6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Салфетки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картон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</w:p>
        </w:tc>
      </w:tr>
      <w:tr w:rsidR="00E66AFB" w:rsidRPr="0070234E" w14:paraId="5163A892" w14:textId="77777777" w:rsidTr="0070234E">
        <w:trPr>
          <w:jc w:val="center"/>
        </w:trPr>
        <w:tc>
          <w:tcPr>
            <w:tcW w:w="532" w:type="dxa"/>
          </w:tcPr>
          <w:p w14:paraId="0C860311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25</w:t>
            </w:r>
          </w:p>
        </w:tc>
        <w:tc>
          <w:tcPr>
            <w:tcW w:w="1002" w:type="dxa"/>
          </w:tcPr>
          <w:p w14:paraId="0C305F7F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1</w:t>
            </w:r>
          </w:p>
        </w:tc>
        <w:tc>
          <w:tcPr>
            <w:tcW w:w="1125" w:type="dxa"/>
          </w:tcPr>
          <w:p w14:paraId="36CC4715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Январь</w:t>
            </w:r>
            <w:proofErr w:type="spellEnd"/>
          </w:p>
        </w:tc>
        <w:tc>
          <w:tcPr>
            <w:tcW w:w="1844" w:type="dxa"/>
          </w:tcPr>
          <w:p w14:paraId="55CFB018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Зимние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забавы</w:t>
            </w:r>
            <w:proofErr w:type="spellEnd"/>
          </w:p>
        </w:tc>
        <w:tc>
          <w:tcPr>
            <w:tcW w:w="3402" w:type="dxa"/>
          </w:tcPr>
          <w:p w14:paraId="1BA35CCA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Рисование мятой бумагой. Текстура снега [Рисование]</w:t>
            </w:r>
          </w:p>
        </w:tc>
        <w:tc>
          <w:tcPr>
            <w:tcW w:w="2000" w:type="dxa"/>
          </w:tcPr>
          <w:p w14:paraId="652B8394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Гуашь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мятая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</w:p>
        </w:tc>
      </w:tr>
      <w:tr w:rsidR="00E66AFB" w:rsidRPr="0070234E" w14:paraId="638744B9" w14:textId="77777777" w:rsidTr="0070234E">
        <w:trPr>
          <w:jc w:val="center"/>
        </w:trPr>
        <w:tc>
          <w:tcPr>
            <w:tcW w:w="532" w:type="dxa"/>
          </w:tcPr>
          <w:p w14:paraId="7746C0C7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26</w:t>
            </w:r>
          </w:p>
        </w:tc>
        <w:tc>
          <w:tcPr>
            <w:tcW w:w="1002" w:type="dxa"/>
          </w:tcPr>
          <w:p w14:paraId="705E8707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2</w:t>
            </w:r>
          </w:p>
        </w:tc>
        <w:tc>
          <w:tcPr>
            <w:tcW w:w="1125" w:type="dxa"/>
          </w:tcPr>
          <w:p w14:paraId="756F17BE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Январь</w:t>
            </w:r>
            <w:proofErr w:type="spellEnd"/>
          </w:p>
        </w:tc>
        <w:tc>
          <w:tcPr>
            <w:tcW w:w="1844" w:type="dxa"/>
          </w:tcPr>
          <w:p w14:paraId="41EECC22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Свистулька</w:t>
            </w:r>
            <w:proofErr w:type="spellEnd"/>
          </w:p>
        </w:tc>
        <w:tc>
          <w:tcPr>
            <w:tcW w:w="3402" w:type="dxa"/>
          </w:tcPr>
          <w:p w14:paraId="011A14CA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Народная игрушка из глины. Лепка и отделка [Лепка]</w:t>
            </w:r>
          </w:p>
        </w:tc>
        <w:tc>
          <w:tcPr>
            <w:tcW w:w="2000" w:type="dxa"/>
          </w:tcPr>
          <w:p w14:paraId="609C3417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Глина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стеки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доски</w:t>
            </w:r>
            <w:proofErr w:type="spellEnd"/>
          </w:p>
        </w:tc>
      </w:tr>
      <w:tr w:rsidR="00E66AFB" w:rsidRPr="0070234E" w14:paraId="3D147C12" w14:textId="77777777" w:rsidTr="0070234E">
        <w:trPr>
          <w:jc w:val="center"/>
        </w:trPr>
        <w:tc>
          <w:tcPr>
            <w:tcW w:w="532" w:type="dxa"/>
          </w:tcPr>
          <w:p w14:paraId="576467DD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27</w:t>
            </w:r>
          </w:p>
        </w:tc>
        <w:tc>
          <w:tcPr>
            <w:tcW w:w="1002" w:type="dxa"/>
          </w:tcPr>
          <w:p w14:paraId="41F17063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3</w:t>
            </w:r>
          </w:p>
        </w:tc>
        <w:tc>
          <w:tcPr>
            <w:tcW w:w="1125" w:type="dxa"/>
          </w:tcPr>
          <w:p w14:paraId="66715D67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Январь</w:t>
            </w:r>
            <w:proofErr w:type="spellEnd"/>
          </w:p>
        </w:tc>
        <w:tc>
          <w:tcPr>
            <w:tcW w:w="1844" w:type="dxa"/>
          </w:tcPr>
          <w:p w14:paraId="261937A6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Лыжник</w:t>
            </w:r>
            <w:proofErr w:type="spellEnd"/>
          </w:p>
        </w:tc>
        <w:tc>
          <w:tcPr>
            <w:tcW w:w="3402" w:type="dxa"/>
          </w:tcPr>
          <w:p w14:paraId="30789F1E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Сюжетная лепка из глины. Фигура человека [Лепка]</w:t>
            </w:r>
          </w:p>
        </w:tc>
        <w:tc>
          <w:tcPr>
            <w:tcW w:w="2000" w:type="dxa"/>
          </w:tcPr>
          <w:p w14:paraId="1E7D0423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Глина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стеки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доски</w:t>
            </w:r>
            <w:proofErr w:type="spellEnd"/>
          </w:p>
        </w:tc>
      </w:tr>
      <w:tr w:rsidR="00E66AFB" w:rsidRPr="0070234E" w14:paraId="3786EBF9" w14:textId="77777777" w:rsidTr="0070234E">
        <w:trPr>
          <w:jc w:val="center"/>
        </w:trPr>
        <w:tc>
          <w:tcPr>
            <w:tcW w:w="532" w:type="dxa"/>
          </w:tcPr>
          <w:p w14:paraId="55E891B5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28</w:t>
            </w:r>
          </w:p>
        </w:tc>
        <w:tc>
          <w:tcPr>
            <w:tcW w:w="1002" w:type="dxa"/>
          </w:tcPr>
          <w:p w14:paraId="562ABE6B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4</w:t>
            </w:r>
          </w:p>
        </w:tc>
        <w:tc>
          <w:tcPr>
            <w:tcW w:w="1125" w:type="dxa"/>
          </w:tcPr>
          <w:p w14:paraId="40D7FDC4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Январь</w:t>
            </w:r>
            <w:proofErr w:type="spellEnd"/>
          </w:p>
        </w:tc>
        <w:tc>
          <w:tcPr>
            <w:tcW w:w="1844" w:type="dxa"/>
          </w:tcPr>
          <w:p w14:paraId="392F1B73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Звери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зимой</w:t>
            </w:r>
            <w:proofErr w:type="spellEnd"/>
          </w:p>
        </w:tc>
        <w:tc>
          <w:tcPr>
            <w:tcW w:w="3402" w:type="dxa"/>
          </w:tcPr>
          <w:p w14:paraId="5F3CDD0C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Лепка животных. Скатывание, оттягивание [Лепка]</w:t>
            </w:r>
          </w:p>
        </w:tc>
        <w:tc>
          <w:tcPr>
            <w:tcW w:w="2000" w:type="dxa"/>
          </w:tcPr>
          <w:p w14:paraId="3CF90022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Глина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стеки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доски</w:t>
            </w:r>
            <w:proofErr w:type="spellEnd"/>
          </w:p>
        </w:tc>
      </w:tr>
      <w:tr w:rsidR="00E66AFB" w:rsidRPr="0070234E" w14:paraId="2B766A16" w14:textId="77777777" w:rsidTr="0070234E">
        <w:trPr>
          <w:jc w:val="center"/>
        </w:trPr>
        <w:tc>
          <w:tcPr>
            <w:tcW w:w="532" w:type="dxa"/>
          </w:tcPr>
          <w:p w14:paraId="4E177E35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29</w:t>
            </w:r>
          </w:p>
        </w:tc>
        <w:tc>
          <w:tcPr>
            <w:tcW w:w="1002" w:type="dxa"/>
          </w:tcPr>
          <w:p w14:paraId="76518D6B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5</w:t>
            </w:r>
          </w:p>
        </w:tc>
        <w:tc>
          <w:tcPr>
            <w:tcW w:w="1125" w:type="dxa"/>
          </w:tcPr>
          <w:p w14:paraId="31AB3DBB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Январь</w:t>
            </w:r>
            <w:proofErr w:type="spellEnd"/>
          </w:p>
        </w:tc>
        <w:tc>
          <w:tcPr>
            <w:tcW w:w="1844" w:type="dxa"/>
          </w:tcPr>
          <w:p w14:paraId="116BEC27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Узор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на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тюбетейке</w:t>
            </w:r>
            <w:proofErr w:type="spellEnd"/>
          </w:p>
        </w:tc>
        <w:tc>
          <w:tcPr>
            <w:tcW w:w="3402" w:type="dxa"/>
          </w:tcPr>
          <w:p w14:paraId="744F5700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Татарский орнамент «тюльпан». Гуашь [Рисование]</w:t>
            </w:r>
          </w:p>
        </w:tc>
        <w:tc>
          <w:tcPr>
            <w:tcW w:w="2000" w:type="dxa"/>
          </w:tcPr>
          <w:p w14:paraId="22C99C1B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Гуашь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кисти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</w:p>
        </w:tc>
      </w:tr>
      <w:tr w:rsidR="00E66AFB" w:rsidRPr="0070234E" w14:paraId="2434DA46" w14:textId="77777777" w:rsidTr="0070234E">
        <w:trPr>
          <w:jc w:val="center"/>
        </w:trPr>
        <w:tc>
          <w:tcPr>
            <w:tcW w:w="532" w:type="dxa"/>
          </w:tcPr>
          <w:p w14:paraId="78D0A342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30</w:t>
            </w:r>
          </w:p>
        </w:tc>
        <w:tc>
          <w:tcPr>
            <w:tcW w:w="1002" w:type="dxa"/>
          </w:tcPr>
          <w:p w14:paraId="77140FF0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6</w:t>
            </w:r>
          </w:p>
        </w:tc>
        <w:tc>
          <w:tcPr>
            <w:tcW w:w="1125" w:type="dxa"/>
          </w:tcPr>
          <w:p w14:paraId="57B458DB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Январь</w:t>
            </w:r>
            <w:proofErr w:type="spellEnd"/>
          </w:p>
        </w:tc>
        <w:tc>
          <w:tcPr>
            <w:tcW w:w="1844" w:type="dxa"/>
          </w:tcPr>
          <w:p w14:paraId="3CC1AE56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Кукла-закрутка</w:t>
            </w:r>
            <w:proofErr w:type="spellEnd"/>
          </w:p>
        </w:tc>
        <w:tc>
          <w:tcPr>
            <w:tcW w:w="3402" w:type="dxa"/>
          </w:tcPr>
          <w:p w14:paraId="6D49FED8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r w:rsidRPr="0070234E">
              <w:rPr>
                <w:szCs w:val="24"/>
                <w:lang w:val="ru-RU"/>
              </w:rPr>
              <w:t xml:space="preserve">Татарская народная кукла из ткани. </w:t>
            </w:r>
            <w:proofErr w:type="spellStart"/>
            <w:r w:rsidRPr="0070234E">
              <w:rPr>
                <w:szCs w:val="24"/>
              </w:rPr>
              <w:t>Скручивание</w:t>
            </w:r>
            <w:proofErr w:type="spellEnd"/>
            <w:r w:rsidRPr="0070234E">
              <w:rPr>
                <w:szCs w:val="24"/>
              </w:rPr>
              <w:t xml:space="preserve"> [</w:t>
            </w:r>
            <w:proofErr w:type="spellStart"/>
            <w:r w:rsidRPr="0070234E">
              <w:rPr>
                <w:szCs w:val="24"/>
              </w:rPr>
              <w:t>Ручной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труд</w:t>
            </w:r>
            <w:proofErr w:type="spellEnd"/>
            <w:r w:rsidRPr="0070234E">
              <w:rPr>
                <w:szCs w:val="24"/>
              </w:rPr>
              <w:t>]</w:t>
            </w:r>
          </w:p>
        </w:tc>
        <w:tc>
          <w:tcPr>
            <w:tcW w:w="2000" w:type="dxa"/>
          </w:tcPr>
          <w:p w14:paraId="4AC289FF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Ткань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нитки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лоскутки</w:t>
            </w:r>
            <w:proofErr w:type="spellEnd"/>
          </w:p>
        </w:tc>
      </w:tr>
      <w:tr w:rsidR="00E66AFB" w:rsidRPr="0070234E" w14:paraId="2B17513C" w14:textId="77777777" w:rsidTr="0070234E">
        <w:trPr>
          <w:jc w:val="center"/>
        </w:trPr>
        <w:tc>
          <w:tcPr>
            <w:tcW w:w="532" w:type="dxa"/>
          </w:tcPr>
          <w:p w14:paraId="1AA672B8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31</w:t>
            </w:r>
          </w:p>
        </w:tc>
        <w:tc>
          <w:tcPr>
            <w:tcW w:w="1002" w:type="dxa"/>
          </w:tcPr>
          <w:p w14:paraId="7E8BB4A9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7</w:t>
            </w:r>
          </w:p>
        </w:tc>
        <w:tc>
          <w:tcPr>
            <w:tcW w:w="1125" w:type="dxa"/>
          </w:tcPr>
          <w:p w14:paraId="509EC3F6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Январь</w:t>
            </w:r>
            <w:proofErr w:type="spellEnd"/>
          </w:p>
        </w:tc>
        <w:tc>
          <w:tcPr>
            <w:tcW w:w="1844" w:type="dxa"/>
          </w:tcPr>
          <w:p w14:paraId="75D084EA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Снежный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городок</w:t>
            </w:r>
            <w:proofErr w:type="spellEnd"/>
          </w:p>
        </w:tc>
        <w:tc>
          <w:tcPr>
            <w:tcW w:w="3402" w:type="dxa"/>
          </w:tcPr>
          <w:p w14:paraId="5B87E8F6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Монотипия</w:t>
            </w:r>
            <w:proofErr w:type="spellEnd"/>
            <w:r w:rsidRPr="0070234E">
              <w:rPr>
                <w:szCs w:val="24"/>
              </w:rPr>
              <w:t xml:space="preserve">. </w:t>
            </w:r>
            <w:proofErr w:type="spellStart"/>
            <w:r w:rsidRPr="0070234E">
              <w:rPr>
                <w:szCs w:val="24"/>
              </w:rPr>
              <w:t>Свободная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композиция</w:t>
            </w:r>
            <w:proofErr w:type="spellEnd"/>
            <w:r w:rsidRPr="0070234E">
              <w:rPr>
                <w:szCs w:val="24"/>
              </w:rPr>
              <w:t xml:space="preserve"> [</w:t>
            </w:r>
            <w:proofErr w:type="spellStart"/>
            <w:r w:rsidRPr="0070234E">
              <w:rPr>
                <w:szCs w:val="24"/>
              </w:rPr>
              <w:t>Рисование</w:t>
            </w:r>
            <w:proofErr w:type="spellEnd"/>
            <w:r w:rsidRPr="0070234E">
              <w:rPr>
                <w:szCs w:val="24"/>
              </w:rPr>
              <w:t>]</w:t>
            </w:r>
          </w:p>
        </w:tc>
        <w:tc>
          <w:tcPr>
            <w:tcW w:w="2000" w:type="dxa"/>
          </w:tcPr>
          <w:p w14:paraId="08010B33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Гуашь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кисти</w:t>
            </w:r>
            <w:proofErr w:type="spellEnd"/>
          </w:p>
        </w:tc>
      </w:tr>
      <w:tr w:rsidR="00E66AFB" w:rsidRPr="0070234E" w14:paraId="2C7C9C6A" w14:textId="77777777" w:rsidTr="0070234E">
        <w:trPr>
          <w:jc w:val="center"/>
        </w:trPr>
        <w:tc>
          <w:tcPr>
            <w:tcW w:w="532" w:type="dxa"/>
          </w:tcPr>
          <w:p w14:paraId="38943CFE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32</w:t>
            </w:r>
          </w:p>
        </w:tc>
        <w:tc>
          <w:tcPr>
            <w:tcW w:w="1002" w:type="dxa"/>
          </w:tcPr>
          <w:p w14:paraId="29F4C014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8</w:t>
            </w:r>
          </w:p>
        </w:tc>
        <w:tc>
          <w:tcPr>
            <w:tcW w:w="1125" w:type="dxa"/>
          </w:tcPr>
          <w:p w14:paraId="2D799702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Январь</w:t>
            </w:r>
            <w:proofErr w:type="spellEnd"/>
          </w:p>
        </w:tc>
        <w:tc>
          <w:tcPr>
            <w:tcW w:w="1844" w:type="dxa"/>
          </w:tcPr>
          <w:p w14:paraId="2CA2F61A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Украшение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платка</w:t>
            </w:r>
            <w:proofErr w:type="spellEnd"/>
          </w:p>
        </w:tc>
        <w:tc>
          <w:tcPr>
            <w:tcW w:w="3402" w:type="dxa"/>
          </w:tcPr>
          <w:p w14:paraId="02C81D23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Аппликация с татарским орнаментом [Аппликация]</w:t>
            </w:r>
          </w:p>
        </w:tc>
        <w:tc>
          <w:tcPr>
            <w:tcW w:w="2000" w:type="dxa"/>
          </w:tcPr>
          <w:p w14:paraId="52128B73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Цветная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картон</w:t>
            </w:r>
            <w:proofErr w:type="spellEnd"/>
          </w:p>
        </w:tc>
      </w:tr>
      <w:tr w:rsidR="00E66AFB" w:rsidRPr="0070234E" w14:paraId="2745CFCA" w14:textId="77777777" w:rsidTr="0070234E">
        <w:trPr>
          <w:jc w:val="center"/>
        </w:trPr>
        <w:tc>
          <w:tcPr>
            <w:tcW w:w="532" w:type="dxa"/>
          </w:tcPr>
          <w:p w14:paraId="43894CA0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33</w:t>
            </w:r>
          </w:p>
        </w:tc>
        <w:tc>
          <w:tcPr>
            <w:tcW w:w="1002" w:type="dxa"/>
          </w:tcPr>
          <w:p w14:paraId="054D5FDC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1</w:t>
            </w:r>
          </w:p>
        </w:tc>
        <w:tc>
          <w:tcPr>
            <w:tcW w:w="1125" w:type="dxa"/>
          </w:tcPr>
          <w:p w14:paraId="04632436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Февраль</w:t>
            </w:r>
            <w:proofErr w:type="spellEnd"/>
          </w:p>
        </w:tc>
        <w:tc>
          <w:tcPr>
            <w:tcW w:w="1844" w:type="dxa"/>
          </w:tcPr>
          <w:p w14:paraId="6A70E250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Мой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папа</w:t>
            </w:r>
            <w:proofErr w:type="spellEnd"/>
          </w:p>
        </w:tc>
        <w:tc>
          <w:tcPr>
            <w:tcW w:w="3402" w:type="dxa"/>
          </w:tcPr>
          <w:p w14:paraId="07A707D5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Портрет. Акварель + нетрадиционная техника [Рисование]</w:t>
            </w:r>
          </w:p>
        </w:tc>
        <w:tc>
          <w:tcPr>
            <w:tcW w:w="2000" w:type="dxa"/>
          </w:tcPr>
          <w:p w14:paraId="2DE43804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Акварель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кисти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</w:p>
        </w:tc>
      </w:tr>
      <w:tr w:rsidR="00E66AFB" w:rsidRPr="0070234E" w14:paraId="4AD8F0D6" w14:textId="77777777" w:rsidTr="0070234E">
        <w:trPr>
          <w:jc w:val="center"/>
        </w:trPr>
        <w:tc>
          <w:tcPr>
            <w:tcW w:w="532" w:type="dxa"/>
          </w:tcPr>
          <w:p w14:paraId="3C414629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34</w:t>
            </w:r>
          </w:p>
        </w:tc>
        <w:tc>
          <w:tcPr>
            <w:tcW w:w="1002" w:type="dxa"/>
          </w:tcPr>
          <w:p w14:paraId="2F2D5B34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2</w:t>
            </w:r>
          </w:p>
        </w:tc>
        <w:tc>
          <w:tcPr>
            <w:tcW w:w="1125" w:type="dxa"/>
          </w:tcPr>
          <w:p w14:paraId="7A10983A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Февраль</w:t>
            </w:r>
            <w:proofErr w:type="spellEnd"/>
          </w:p>
        </w:tc>
        <w:tc>
          <w:tcPr>
            <w:tcW w:w="1844" w:type="dxa"/>
          </w:tcPr>
          <w:p w14:paraId="69ACEE11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Подарок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папе</w:t>
            </w:r>
            <w:proofErr w:type="spellEnd"/>
          </w:p>
        </w:tc>
        <w:tc>
          <w:tcPr>
            <w:tcW w:w="3402" w:type="dxa"/>
          </w:tcPr>
          <w:p w14:paraId="2A35EBE7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Медаль из глины. Декоративная лепка [Лепка]</w:t>
            </w:r>
          </w:p>
        </w:tc>
        <w:tc>
          <w:tcPr>
            <w:tcW w:w="2000" w:type="dxa"/>
          </w:tcPr>
          <w:p w14:paraId="71A7BBB5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Глина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стеки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доски</w:t>
            </w:r>
            <w:proofErr w:type="spellEnd"/>
          </w:p>
        </w:tc>
      </w:tr>
      <w:tr w:rsidR="00E66AFB" w:rsidRPr="0070234E" w14:paraId="29E2EB39" w14:textId="77777777" w:rsidTr="0070234E">
        <w:trPr>
          <w:jc w:val="center"/>
        </w:trPr>
        <w:tc>
          <w:tcPr>
            <w:tcW w:w="532" w:type="dxa"/>
          </w:tcPr>
          <w:p w14:paraId="7F9C12BC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35</w:t>
            </w:r>
          </w:p>
        </w:tc>
        <w:tc>
          <w:tcPr>
            <w:tcW w:w="1002" w:type="dxa"/>
          </w:tcPr>
          <w:p w14:paraId="2187C410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3</w:t>
            </w:r>
          </w:p>
        </w:tc>
        <w:tc>
          <w:tcPr>
            <w:tcW w:w="1125" w:type="dxa"/>
          </w:tcPr>
          <w:p w14:paraId="707966C3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Февраль</w:t>
            </w:r>
            <w:proofErr w:type="spellEnd"/>
          </w:p>
        </w:tc>
        <w:tc>
          <w:tcPr>
            <w:tcW w:w="1844" w:type="dxa"/>
          </w:tcPr>
          <w:p w14:paraId="7C683595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Открытка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для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lastRenderedPageBreak/>
              <w:t>папы</w:t>
            </w:r>
            <w:proofErr w:type="spellEnd"/>
          </w:p>
        </w:tc>
        <w:tc>
          <w:tcPr>
            <w:tcW w:w="3402" w:type="dxa"/>
          </w:tcPr>
          <w:p w14:paraId="44DC80F3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lastRenderedPageBreak/>
              <w:t xml:space="preserve">Аппликация из бумаги и ткани </w:t>
            </w:r>
            <w:r w:rsidRPr="0070234E">
              <w:rPr>
                <w:szCs w:val="24"/>
                <w:lang w:val="ru-RU"/>
              </w:rPr>
              <w:lastRenderedPageBreak/>
              <w:t>[Ручной труд]</w:t>
            </w:r>
          </w:p>
        </w:tc>
        <w:tc>
          <w:tcPr>
            <w:tcW w:w="2000" w:type="dxa"/>
          </w:tcPr>
          <w:p w14:paraId="5A4BD2CD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lastRenderedPageBreak/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ткань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lastRenderedPageBreak/>
              <w:t>клей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картон</w:t>
            </w:r>
            <w:proofErr w:type="spellEnd"/>
          </w:p>
        </w:tc>
      </w:tr>
      <w:tr w:rsidR="00E66AFB" w:rsidRPr="0070234E" w14:paraId="155A0A6F" w14:textId="77777777" w:rsidTr="0070234E">
        <w:trPr>
          <w:jc w:val="center"/>
        </w:trPr>
        <w:tc>
          <w:tcPr>
            <w:tcW w:w="532" w:type="dxa"/>
          </w:tcPr>
          <w:p w14:paraId="0166C101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36</w:t>
            </w:r>
          </w:p>
        </w:tc>
        <w:tc>
          <w:tcPr>
            <w:tcW w:w="1002" w:type="dxa"/>
          </w:tcPr>
          <w:p w14:paraId="5E06E7ED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4</w:t>
            </w:r>
          </w:p>
        </w:tc>
        <w:tc>
          <w:tcPr>
            <w:tcW w:w="1125" w:type="dxa"/>
          </w:tcPr>
          <w:p w14:paraId="49FC6184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Февраль</w:t>
            </w:r>
            <w:proofErr w:type="spellEnd"/>
          </w:p>
        </w:tc>
        <w:tc>
          <w:tcPr>
            <w:tcW w:w="1844" w:type="dxa"/>
          </w:tcPr>
          <w:p w14:paraId="7235D1E7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Кораблик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для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папы</w:t>
            </w:r>
            <w:proofErr w:type="spellEnd"/>
          </w:p>
        </w:tc>
        <w:tc>
          <w:tcPr>
            <w:tcW w:w="3402" w:type="dxa"/>
          </w:tcPr>
          <w:p w14:paraId="15C279AA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Объёмная аппликация. Конструирование из бумаги [Аппликация]</w:t>
            </w:r>
          </w:p>
        </w:tc>
        <w:tc>
          <w:tcPr>
            <w:tcW w:w="2000" w:type="dxa"/>
          </w:tcPr>
          <w:p w14:paraId="60C23437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Цветная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картон</w:t>
            </w:r>
            <w:proofErr w:type="spellEnd"/>
          </w:p>
        </w:tc>
      </w:tr>
      <w:tr w:rsidR="00E66AFB" w:rsidRPr="0070234E" w14:paraId="73852F6B" w14:textId="77777777" w:rsidTr="0070234E">
        <w:trPr>
          <w:jc w:val="center"/>
        </w:trPr>
        <w:tc>
          <w:tcPr>
            <w:tcW w:w="532" w:type="dxa"/>
          </w:tcPr>
          <w:p w14:paraId="3A4EFFBE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37</w:t>
            </w:r>
          </w:p>
        </w:tc>
        <w:tc>
          <w:tcPr>
            <w:tcW w:w="1002" w:type="dxa"/>
          </w:tcPr>
          <w:p w14:paraId="03B5F771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5</w:t>
            </w:r>
          </w:p>
        </w:tc>
        <w:tc>
          <w:tcPr>
            <w:tcW w:w="1125" w:type="dxa"/>
          </w:tcPr>
          <w:p w14:paraId="76E24E3D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Февраль</w:t>
            </w:r>
            <w:proofErr w:type="spellEnd"/>
          </w:p>
        </w:tc>
        <w:tc>
          <w:tcPr>
            <w:tcW w:w="1844" w:type="dxa"/>
          </w:tcPr>
          <w:p w14:paraId="62E07018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Защитники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Отечества</w:t>
            </w:r>
            <w:proofErr w:type="spellEnd"/>
          </w:p>
        </w:tc>
        <w:tc>
          <w:tcPr>
            <w:tcW w:w="3402" w:type="dxa"/>
          </w:tcPr>
          <w:p w14:paraId="57394553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Тематическое рисование. Военная техника [Рисование]</w:t>
            </w:r>
          </w:p>
        </w:tc>
        <w:tc>
          <w:tcPr>
            <w:tcW w:w="2000" w:type="dxa"/>
          </w:tcPr>
          <w:p w14:paraId="4B255D9D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Гуашь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кисти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</w:p>
        </w:tc>
      </w:tr>
      <w:tr w:rsidR="00E66AFB" w:rsidRPr="0070234E" w14:paraId="6E50B917" w14:textId="77777777" w:rsidTr="0070234E">
        <w:trPr>
          <w:jc w:val="center"/>
        </w:trPr>
        <w:tc>
          <w:tcPr>
            <w:tcW w:w="532" w:type="dxa"/>
          </w:tcPr>
          <w:p w14:paraId="5778FE7A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38</w:t>
            </w:r>
          </w:p>
        </w:tc>
        <w:tc>
          <w:tcPr>
            <w:tcW w:w="1002" w:type="dxa"/>
          </w:tcPr>
          <w:p w14:paraId="57C769A8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6</w:t>
            </w:r>
          </w:p>
        </w:tc>
        <w:tc>
          <w:tcPr>
            <w:tcW w:w="1125" w:type="dxa"/>
          </w:tcPr>
          <w:p w14:paraId="182D3BFC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Февраль</w:t>
            </w:r>
            <w:proofErr w:type="spellEnd"/>
          </w:p>
        </w:tc>
        <w:tc>
          <w:tcPr>
            <w:tcW w:w="1844" w:type="dxa"/>
          </w:tcPr>
          <w:p w14:paraId="1A62DFE2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Самолётик</w:t>
            </w:r>
            <w:proofErr w:type="spellEnd"/>
          </w:p>
        </w:tc>
        <w:tc>
          <w:tcPr>
            <w:tcW w:w="3402" w:type="dxa"/>
          </w:tcPr>
          <w:p w14:paraId="5E339074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r w:rsidRPr="0070234E">
              <w:rPr>
                <w:szCs w:val="24"/>
                <w:lang w:val="ru-RU"/>
              </w:rPr>
              <w:t xml:space="preserve">Поделка из картона и бумаги. </w:t>
            </w:r>
            <w:proofErr w:type="spellStart"/>
            <w:r w:rsidRPr="0070234E">
              <w:rPr>
                <w:szCs w:val="24"/>
              </w:rPr>
              <w:t>Конструирование</w:t>
            </w:r>
            <w:proofErr w:type="spellEnd"/>
            <w:r w:rsidRPr="0070234E">
              <w:rPr>
                <w:szCs w:val="24"/>
              </w:rPr>
              <w:t xml:space="preserve"> [</w:t>
            </w:r>
            <w:proofErr w:type="spellStart"/>
            <w:r w:rsidRPr="0070234E">
              <w:rPr>
                <w:szCs w:val="24"/>
              </w:rPr>
              <w:t>Ручной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труд</w:t>
            </w:r>
            <w:proofErr w:type="spellEnd"/>
            <w:r w:rsidRPr="0070234E">
              <w:rPr>
                <w:szCs w:val="24"/>
              </w:rPr>
              <w:t>]</w:t>
            </w:r>
          </w:p>
        </w:tc>
        <w:tc>
          <w:tcPr>
            <w:tcW w:w="2000" w:type="dxa"/>
          </w:tcPr>
          <w:p w14:paraId="7B39AA8C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Картон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цветная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</w:p>
        </w:tc>
      </w:tr>
      <w:tr w:rsidR="00E66AFB" w:rsidRPr="0070234E" w14:paraId="1D389616" w14:textId="77777777" w:rsidTr="0070234E">
        <w:trPr>
          <w:jc w:val="center"/>
        </w:trPr>
        <w:tc>
          <w:tcPr>
            <w:tcW w:w="532" w:type="dxa"/>
          </w:tcPr>
          <w:p w14:paraId="29D9877D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39</w:t>
            </w:r>
          </w:p>
        </w:tc>
        <w:tc>
          <w:tcPr>
            <w:tcW w:w="1002" w:type="dxa"/>
          </w:tcPr>
          <w:p w14:paraId="192FA20D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7</w:t>
            </w:r>
          </w:p>
        </w:tc>
        <w:tc>
          <w:tcPr>
            <w:tcW w:w="1125" w:type="dxa"/>
          </w:tcPr>
          <w:p w14:paraId="536885D1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Февраль</w:t>
            </w:r>
            <w:proofErr w:type="spellEnd"/>
          </w:p>
        </w:tc>
        <w:tc>
          <w:tcPr>
            <w:tcW w:w="1844" w:type="dxa"/>
          </w:tcPr>
          <w:p w14:paraId="6BE28C7F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Танк</w:t>
            </w:r>
            <w:proofErr w:type="spellEnd"/>
          </w:p>
        </w:tc>
        <w:tc>
          <w:tcPr>
            <w:tcW w:w="3402" w:type="dxa"/>
          </w:tcPr>
          <w:p w14:paraId="6D34E1B7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Лепка из глины. Передача формы военной техники [Лепка]</w:t>
            </w:r>
          </w:p>
        </w:tc>
        <w:tc>
          <w:tcPr>
            <w:tcW w:w="2000" w:type="dxa"/>
          </w:tcPr>
          <w:p w14:paraId="20C413CE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Глина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стеки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доски</w:t>
            </w:r>
            <w:proofErr w:type="spellEnd"/>
          </w:p>
        </w:tc>
      </w:tr>
      <w:tr w:rsidR="00E66AFB" w:rsidRPr="0070234E" w14:paraId="3C8AF32F" w14:textId="77777777" w:rsidTr="0070234E">
        <w:trPr>
          <w:jc w:val="center"/>
        </w:trPr>
        <w:tc>
          <w:tcPr>
            <w:tcW w:w="532" w:type="dxa"/>
          </w:tcPr>
          <w:p w14:paraId="1EE29213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40</w:t>
            </w:r>
          </w:p>
        </w:tc>
        <w:tc>
          <w:tcPr>
            <w:tcW w:w="1002" w:type="dxa"/>
          </w:tcPr>
          <w:p w14:paraId="750AB2B3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8</w:t>
            </w:r>
          </w:p>
        </w:tc>
        <w:tc>
          <w:tcPr>
            <w:tcW w:w="1125" w:type="dxa"/>
          </w:tcPr>
          <w:p w14:paraId="36766807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Февраль</w:t>
            </w:r>
            <w:proofErr w:type="spellEnd"/>
          </w:p>
        </w:tc>
        <w:tc>
          <w:tcPr>
            <w:tcW w:w="1844" w:type="dxa"/>
          </w:tcPr>
          <w:p w14:paraId="778196B4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Парад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на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площади</w:t>
            </w:r>
            <w:proofErr w:type="spellEnd"/>
          </w:p>
        </w:tc>
        <w:tc>
          <w:tcPr>
            <w:tcW w:w="3402" w:type="dxa"/>
          </w:tcPr>
          <w:p w14:paraId="417F6024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Коллективная аппликация. Сюжетная композиция [Аппликация]</w:t>
            </w:r>
          </w:p>
        </w:tc>
        <w:tc>
          <w:tcPr>
            <w:tcW w:w="2000" w:type="dxa"/>
          </w:tcPr>
          <w:p w14:paraId="4E981C85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Цветная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ватман</w:t>
            </w:r>
            <w:proofErr w:type="spellEnd"/>
          </w:p>
        </w:tc>
      </w:tr>
      <w:tr w:rsidR="00E66AFB" w:rsidRPr="0070234E" w14:paraId="5EE5A48E" w14:textId="77777777" w:rsidTr="0070234E">
        <w:trPr>
          <w:jc w:val="center"/>
        </w:trPr>
        <w:tc>
          <w:tcPr>
            <w:tcW w:w="532" w:type="dxa"/>
          </w:tcPr>
          <w:p w14:paraId="39A015E3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41</w:t>
            </w:r>
          </w:p>
        </w:tc>
        <w:tc>
          <w:tcPr>
            <w:tcW w:w="1002" w:type="dxa"/>
          </w:tcPr>
          <w:p w14:paraId="4D7467B3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1</w:t>
            </w:r>
          </w:p>
        </w:tc>
        <w:tc>
          <w:tcPr>
            <w:tcW w:w="1125" w:type="dxa"/>
          </w:tcPr>
          <w:p w14:paraId="05BB2DC0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Март</w:t>
            </w:r>
            <w:proofErr w:type="spellEnd"/>
          </w:p>
        </w:tc>
        <w:tc>
          <w:tcPr>
            <w:tcW w:w="1844" w:type="dxa"/>
          </w:tcPr>
          <w:p w14:paraId="78D6CB8E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Мамин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портрет</w:t>
            </w:r>
            <w:proofErr w:type="spellEnd"/>
          </w:p>
        </w:tc>
        <w:tc>
          <w:tcPr>
            <w:tcW w:w="3402" w:type="dxa"/>
          </w:tcPr>
          <w:p w14:paraId="634BF840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Рисование пастелью. Мягкость образа [Рисование]</w:t>
            </w:r>
          </w:p>
        </w:tc>
        <w:tc>
          <w:tcPr>
            <w:tcW w:w="2000" w:type="dxa"/>
          </w:tcPr>
          <w:p w14:paraId="747F9E37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Пастель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</w:p>
        </w:tc>
      </w:tr>
      <w:tr w:rsidR="00E66AFB" w:rsidRPr="0070234E" w14:paraId="198BD715" w14:textId="77777777" w:rsidTr="0070234E">
        <w:trPr>
          <w:jc w:val="center"/>
        </w:trPr>
        <w:tc>
          <w:tcPr>
            <w:tcW w:w="532" w:type="dxa"/>
          </w:tcPr>
          <w:p w14:paraId="2AE6D01A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42</w:t>
            </w:r>
          </w:p>
        </w:tc>
        <w:tc>
          <w:tcPr>
            <w:tcW w:w="1002" w:type="dxa"/>
          </w:tcPr>
          <w:p w14:paraId="73CA3A3A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2</w:t>
            </w:r>
          </w:p>
        </w:tc>
        <w:tc>
          <w:tcPr>
            <w:tcW w:w="1125" w:type="dxa"/>
          </w:tcPr>
          <w:p w14:paraId="3028B989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Март</w:t>
            </w:r>
            <w:proofErr w:type="spellEnd"/>
          </w:p>
        </w:tc>
        <w:tc>
          <w:tcPr>
            <w:tcW w:w="1844" w:type="dxa"/>
          </w:tcPr>
          <w:p w14:paraId="256276FE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r w:rsidRPr="0070234E">
              <w:rPr>
                <w:szCs w:val="24"/>
              </w:rPr>
              <w:t xml:space="preserve">Цветок </w:t>
            </w:r>
            <w:proofErr w:type="spellStart"/>
            <w:r w:rsidRPr="0070234E">
              <w:rPr>
                <w:szCs w:val="24"/>
              </w:rPr>
              <w:t>для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мамы</w:t>
            </w:r>
            <w:proofErr w:type="spellEnd"/>
          </w:p>
        </w:tc>
        <w:tc>
          <w:tcPr>
            <w:tcW w:w="3402" w:type="dxa"/>
          </w:tcPr>
          <w:p w14:paraId="4D7BA6EB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Цветок из ткани. Вырезание, сборка [Ручной труд]</w:t>
            </w:r>
          </w:p>
        </w:tc>
        <w:tc>
          <w:tcPr>
            <w:tcW w:w="2000" w:type="dxa"/>
          </w:tcPr>
          <w:p w14:paraId="1BBF6B80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Ткань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нитки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ленты</w:t>
            </w:r>
            <w:proofErr w:type="spellEnd"/>
          </w:p>
        </w:tc>
      </w:tr>
      <w:tr w:rsidR="00E66AFB" w:rsidRPr="0070234E" w14:paraId="577568A9" w14:textId="77777777" w:rsidTr="0070234E">
        <w:trPr>
          <w:jc w:val="center"/>
        </w:trPr>
        <w:tc>
          <w:tcPr>
            <w:tcW w:w="532" w:type="dxa"/>
          </w:tcPr>
          <w:p w14:paraId="24C70258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43</w:t>
            </w:r>
          </w:p>
        </w:tc>
        <w:tc>
          <w:tcPr>
            <w:tcW w:w="1002" w:type="dxa"/>
          </w:tcPr>
          <w:p w14:paraId="01B1A8EA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3</w:t>
            </w:r>
          </w:p>
        </w:tc>
        <w:tc>
          <w:tcPr>
            <w:tcW w:w="1125" w:type="dxa"/>
          </w:tcPr>
          <w:p w14:paraId="17A9BC4D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Март</w:t>
            </w:r>
            <w:proofErr w:type="spellEnd"/>
          </w:p>
        </w:tc>
        <w:tc>
          <w:tcPr>
            <w:tcW w:w="1844" w:type="dxa"/>
          </w:tcPr>
          <w:p w14:paraId="65A99EA7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Подснежник</w:t>
            </w:r>
            <w:proofErr w:type="spellEnd"/>
          </w:p>
        </w:tc>
        <w:tc>
          <w:tcPr>
            <w:tcW w:w="3402" w:type="dxa"/>
          </w:tcPr>
          <w:p w14:paraId="373864DB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Рельефная лепка из глины. Тонкая пластика [Лепка]</w:t>
            </w:r>
          </w:p>
        </w:tc>
        <w:tc>
          <w:tcPr>
            <w:tcW w:w="2000" w:type="dxa"/>
          </w:tcPr>
          <w:p w14:paraId="0981E686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Глина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стеки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доски</w:t>
            </w:r>
            <w:proofErr w:type="spellEnd"/>
          </w:p>
        </w:tc>
      </w:tr>
      <w:tr w:rsidR="00E66AFB" w:rsidRPr="0070234E" w14:paraId="24466EB2" w14:textId="77777777" w:rsidTr="0070234E">
        <w:trPr>
          <w:jc w:val="center"/>
        </w:trPr>
        <w:tc>
          <w:tcPr>
            <w:tcW w:w="532" w:type="dxa"/>
          </w:tcPr>
          <w:p w14:paraId="4E3D0E42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44</w:t>
            </w:r>
          </w:p>
        </w:tc>
        <w:tc>
          <w:tcPr>
            <w:tcW w:w="1002" w:type="dxa"/>
          </w:tcPr>
          <w:p w14:paraId="1758E547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4</w:t>
            </w:r>
          </w:p>
        </w:tc>
        <w:tc>
          <w:tcPr>
            <w:tcW w:w="1125" w:type="dxa"/>
          </w:tcPr>
          <w:p w14:paraId="48608C77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Март</w:t>
            </w:r>
            <w:proofErr w:type="spellEnd"/>
          </w:p>
        </w:tc>
        <w:tc>
          <w:tcPr>
            <w:tcW w:w="1844" w:type="dxa"/>
          </w:tcPr>
          <w:p w14:paraId="3AF9897F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Открытка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для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мамы</w:t>
            </w:r>
            <w:proofErr w:type="spellEnd"/>
          </w:p>
        </w:tc>
        <w:tc>
          <w:tcPr>
            <w:tcW w:w="3402" w:type="dxa"/>
          </w:tcPr>
          <w:p w14:paraId="121CA5EE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Аппликация с кружевом. Декоративная работа [Аппликация]</w:t>
            </w:r>
          </w:p>
        </w:tc>
        <w:tc>
          <w:tcPr>
            <w:tcW w:w="2000" w:type="dxa"/>
          </w:tcPr>
          <w:p w14:paraId="7016584D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Кружево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цветная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</w:p>
        </w:tc>
      </w:tr>
      <w:tr w:rsidR="00E66AFB" w:rsidRPr="0070234E" w14:paraId="2090BE1E" w14:textId="77777777" w:rsidTr="0070234E">
        <w:trPr>
          <w:jc w:val="center"/>
        </w:trPr>
        <w:tc>
          <w:tcPr>
            <w:tcW w:w="532" w:type="dxa"/>
          </w:tcPr>
          <w:p w14:paraId="3D116BB8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45</w:t>
            </w:r>
          </w:p>
        </w:tc>
        <w:tc>
          <w:tcPr>
            <w:tcW w:w="1002" w:type="dxa"/>
          </w:tcPr>
          <w:p w14:paraId="605E4F81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5</w:t>
            </w:r>
          </w:p>
        </w:tc>
        <w:tc>
          <w:tcPr>
            <w:tcW w:w="1125" w:type="dxa"/>
          </w:tcPr>
          <w:p w14:paraId="1D1CE3A7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Март</w:t>
            </w:r>
            <w:proofErr w:type="spellEnd"/>
          </w:p>
        </w:tc>
        <w:tc>
          <w:tcPr>
            <w:tcW w:w="1844" w:type="dxa"/>
          </w:tcPr>
          <w:p w14:paraId="785644B2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Весенние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цветы</w:t>
            </w:r>
            <w:proofErr w:type="spellEnd"/>
          </w:p>
        </w:tc>
        <w:tc>
          <w:tcPr>
            <w:tcW w:w="3402" w:type="dxa"/>
          </w:tcPr>
          <w:p w14:paraId="2096685D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Монотипия. Передача симметрии бутона [Рисование]</w:t>
            </w:r>
          </w:p>
        </w:tc>
        <w:tc>
          <w:tcPr>
            <w:tcW w:w="2000" w:type="dxa"/>
          </w:tcPr>
          <w:p w14:paraId="452E6976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Гуашь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кисти</w:t>
            </w:r>
            <w:proofErr w:type="spellEnd"/>
          </w:p>
        </w:tc>
      </w:tr>
      <w:tr w:rsidR="00E66AFB" w:rsidRPr="0070234E" w14:paraId="15DF0A33" w14:textId="77777777" w:rsidTr="0070234E">
        <w:trPr>
          <w:jc w:val="center"/>
        </w:trPr>
        <w:tc>
          <w:tcPr>
            <w:tcW w:w="532" w:type="dxa"/>
          </w:tcPr>
          <w:p w14:paraId="6BDA4E1A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46</w:t>
            </w:r>
          </w:p>
        </w:tc>
        <w:tc>
          <w:tcPr>
            <w:tcW w:w="1002" w:type="dxa"/>
          </w:tcPr>
          <w:p w14:paraId="30F3270B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6</w:t>
            </w:r>
          </w:p>
        </w:tc>
        <w:tc>
          <w:tcPr>
            <w:tcW w:w="1125" w:type="dxa"/>
          </w:tcPr>
          <w:p w14:paraId="7B2DA48A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Март</w:t>
            </w:r>
            <w:proofErr w:type="spellEnd"/>
          </w:p>
        </w:tc>
        <w:tc>
          <w:tcPr>
            <w:tcW w:w="1844" w:type="dxa"/>
          </w:tcPr>
          <w:p w14:paraId="210E3048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Кукла</w:t>
            </w:r>
            <w:proofErr w:type="spellEnd"/>
            <w:r w:rsidRPr="0070234E">
              <w:rPr>
                <w:szCs w:val="24"/>
              </w:rPr>
              <w:t xml:space="preserve"> в </w:t>
            </w:r>
            <w:proofErr w:type="spellStart"/>
            <w:r w:rsidRPr="0070234E">
              <w:rPr>
                <w:szCs w:val="24"/>
              </w:rPr>
              <w:t>татарском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костюме</w:t>
            </w:r>
            <w:proofErr w:type="spellEnd"/>
          </w:p>
        </w:tc>
        <w:tc>
          <w:tcPr>
            <w:tcW w:w="3402" w:type="dxa"/>
          </w:tcPr>
          <w:p w14:paraId="385EEE3B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Кукла из ткани. Оформление национального костюма [Ручной труд]</w:t>
            </w:r>
          </w:p>
        </w:tc>
        <w:tc>
          <w:tcPr>
            <w:tcW w:w="2000" w:type="dxa"/>
          </w:tcPr>
          <w:p w14:paraId="2CE6307E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Ткань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нитки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ленты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тесьма</w:t>
            </w:r>
            <w:proofErr w:type="spellEnd"/>
          </w:p>
        </w:tc>
      </w:tr>
      <w:tr w:rsidR="00E66AFB" w:rsidRPr="0070234E" w14:paraId="31E4F095" w14:textId="77777777" w:rsidTr="0070234E">
        <w:trPr>
          <w:jc w:val="center"/>
        </w:trPr>
        <w:tc>
          <w:tcPr>
            <w:tcW w:w="532" w:type="dxa"/>
          </w:tcPr>
          <w:p w14:paraId="2896F163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47</w:t>
            </w:r>
          </w:p>
        </w:tc>
        <w:tc>
          <w:tcPr>
            <w:tcW w:w="1002" w:type="dxa"/>
          </w:tcPr>
          <w:p w14:paraId="41B738E8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7</w:t>
            </w:r>
          </w:p>
        </w:tc>
        <w:tc>
          <w:tcPr>
            <w:tcW w:w="1125" w:type="dxa"/>
          </w:tcPr>
          <w:p w14:paraId="2D0F033C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Март</w:t>
            </w:r>
            <w:proofErr w:type="spellEnd"/>
          </w:p>
        </w:tc>
        <w:tc>
          <w:tcPr>
            <w:tcW w:w="1844" w:type="dxa"/>
          </w:tcPr>
          <w:p w14:paraId="33FBDE4D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Весна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пришла</w:t>
            </w:r>
            <w:proofErr w:type="spellEnd"/>
          </w:p>
        </w:tc>
        <w:tc>
          <w:tcPr>
            <w:tcW w:w="3402" w:type="dxa"/>
          </w:tcPr>
          <w:p w14:paraId="608C1114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Пейзаж. Гуашь + ватные палочки. Весенняя палитра [Рисование]</w:t>
            </w:r>
          </w:p>
        </w:tc>
        <w:tc>
          <w:tcPr>
            <w:tcW w:w="2000" w:type="dxa"/>
          </w:tcPr>
          <w:p w14:paraId="787815B0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Гуашь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ватные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палочки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</w:p>
        </w:tc>
      </w:tr>
      <w:tr w:rsidR="00E66AFB" w:rsidRPr="0070234E" w14:paraId="2000E9DE" w14:textId="77777777" w:rsidTr="0070234E">
        <w:trPr>
          <w:jc w:val="center"/>
        </w:trPr>
        <w:tc>
          <w:tcPr>
            <w:tcW w:w="532" w:type="dxa"/>
          </w:tcPr>
          <w:p w14:paraId="36EE507B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48</w:t>
            </w:r>
          </w:p>
        </w:tc>
        <w:tc>
          <w:tcPr>
            <w:tcW w:w="1002" w:type="dxa"/>
          </w:tcPr>
          <w:p w14:paraId="6F925C0B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8</w:t>
            </w:r>
          </w:p>
        </w:tc>
        <w:tc>
          <w:tcPr>
            <w:tcW w:w="1125" w:type="dxa"/>
          </w:tcPr>
          <w:p w14:paraId="5CE1F846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Март</w:t>
            </w:r>
            <w:proofErr w:type="spellEnd"/>
          </w:p>
        </w:tc>
        <w:tc>
          <w:tcPr>
            <w:tcW w:w="1844" w:type="dxa"/>
          </w:tcPr>
          <w:p w14:paraId="63FE6D05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Букет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маме</w:t>
            </w:r>
            <w:proofErr w:type="spellEnd"/>
          </w:p>
        </w:tc>
        <w:tc>
          <w:tcPr>
            <w:tcW w:w="3402" w:type="dxa"/>
          </w:tcPr>
          <w:p w14:paraId="32A93F9F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r w:rsidRPr="0070234E">
              <w:rPr>
                <w:szCs w:val="24"/>
                <w:lang w:val="ru-RU"/>
              </w:rPr>
              <w:t xml:space="preserve">Аппликация из ткани и лент. </w:t>
            </w:r>
            <w:proofErr w:type="spellStart"/>
            <w:r w:rsidRPr="0070234E">
              <w:rPr>
                <w:szCs w:val="24"/>
              </w:rPr>
              <w:t>Декоративная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композиция</w:t>
            </w:r>
            <w:proofErr w:type="spellEnd"/>
            <w:r w:rsidRPr="0070234E">
              <w:rPr>
                <w:szCs w:val="24"/>
              </w:rPr>
              <w:t xml:space="preserve"> [</w:t>
            </w:r>
            <w:proofErr w:type="spellStart"/>
            <w:r w:rsidRPr="0070234E">
              <w:rPr>
                <w:szCs w:val="24"/>
              </w:rPr>
              <w:t>Аппликация</w:t>
            </w:r>
            <w:proofErr w:type="spellEnd"/>
            <w:r w:rsidRPr="0070234E">
              <w:rPr>
                <w:szCs w:val="24"/>
              </w:rPr>
              <w:t>]</w:t>
            </w:r>
          </w:p>
        </w:tc>
        <w:tc>
          <w:tcPr>
            <w:tcW w:w="2000" w:type="dxa"/>
          </w:tcPr>
          <w:p w14:paraId="21FA7255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Ткань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ленты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картон</w:t>
            </w:r>
            <w:proofErr w:type="spellEnd"/>
          </w:p>
        </w:tc>
      </w:tr>
      <w:tr w:rsidR="00E66AFB" w:rsidRPr="0070234E" w14:paraId="32E30EE6" w14:textId="77777777" w:rsidTr="0070234E">
        <w:trPr>
          <w:jc w:val="center"/>
        </w:trPr>
        <w:tc>
          <w:tcPr>
            <w:tcW w:w="532" w:type="dxa"/>
          </w:tcPr>
          <w:p w14:paraId="5E18ABF5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49</w:t>
            </w:r>
          </w:p>
        </w:tc>
        <w:tc>
          <w:tcPr>
            <w:tcW w:w="1002" w:type="dxa"/>
          </w:tcPr>
          <w:p w14:paraId="7389CCB0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1</w:t>
            </w:r>
          </w:p>
        </w:tc>
        <w:tc>
          <w:tcPr>
            <w:tcW w:w="1125" w:type="dxa"/>
          </w:tcPr>
          <w:p w14:paraId="087E715B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Апрель</w:t>
            </w:r>
            <w:proofErr w:type="spellEnd"/>
          </w:p>
        </w:tc>
        <w:tc>
          <w:tcPr>
            <w:tcW w:w="1844" w:type="dxa"/>
          </w:tcPr>
          <w:p w14:paraId="75CF5572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Космос</w:t>
            </w:r>
            <w:proofErr w:type="spellEnd"/>
          </w:p>
        </w:tc>
        <w:tc>
          <w:tcPr>
            <w:tcW w:w="3402" w:type="dxa"/>
          </w:tcPr>
          <w:p w14:paraId="2E0DE8C2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Рисование солью и акварелью. Текстура звёзд [Рисование]</w:t>
            </w:r>
          </w:p>
        </w:tc>
        <w:tc>
          <w:tcPr>
            <w:tcW w:w="2000" w:type="dxa"/>
          </w:tcPr>
          <w:p w14:paraId="66A71525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Акварель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соль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кисти</w:t>
            </w:r>
            <w:proofErr w:type="spellEnd"/>
          </w:p>
        </w:tc>
      </w:tr>
      <w:tr w:rsidR="00E66AFB" w:rsidRPr="0070234E" w14:paraId="798A9777" w14:textId="77777777" w:rsidTr="0070234E">
        <w:trPr>
          <w:jc w:val="center"/>
        </w:trPr>
        <w:tc>
          <w:tcPr>
            <w:tcW w:w="532" w:type="dxa"/>
          </w:tcPr>
          <w:p w14:paraId="4BBF5AF5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50</w:t>
            </w:r>
          </w:p>
        </w:tc>
        <w:tc>
          <w:tcPr>
            <w:tcW w:w="1002" w:type="dxa"/>
          </w:tcPr>
          <w:p w14:paraId="071134D6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2</w:t>
            </w:r>
          </w:p>
        </w:tc>
        <w:tc>
          <w:tcPr>
            <w:tcW w:w="1125" w:type="dxa"/>
          </w:tcPr>
          <w:p w14:paraId="3A24A253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Апрель</w:t>
            </w:r>
            <w:proofErr w:type="spellEnd"/>
          </w:p>
        </w:tc>
        <w:tc>
          <w:tcPr>
            <w:tcW w:w="1844" w:type="dxa"/>
          </w:tcPr>
          <w:p w14:paraId="2A7426EA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Ракета</w:t>
            </w:r>
            <w:proofErr w:type="spellEnd"/>
          </w:p>
        </w:tc>
        <w:tc>
          <w:tcPr>
            <w:tcW w:w="3402" w:type="dxa"/>
          </w:tcPr>
          <w:p w14:paraId="4505B3E7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Лепка из глины. Конус, цилиндр, детали [Лепка]</w:t>
            </w:r>
          </w:p>
        </w:tc>
        <w:tc>
          <w:tcPr>
            <w:tcW w:w="2000" w:type="dxa"/>
          </w:tcPr>
          <w:p w14:paraId="06D3770B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Глина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стеки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доски</w:t>
            </w:r>
            <w:proofErr w:type="spellEnd"/>
          </w:p>
        </w:tc>
      </w:tr>
      <w:tr w:rsidR="00E66AFB" w:rsidRPr="0070234E" w14:paraId="0577DD7A" w14:textId="77777777" w:rsidTr="0070234E">
        <w:trPr>
          <w:jc w:val="center"/>
        </w:trPr>
        <w:tc>
          <w:tcPr>
            <w:tcW w:w="532" w:type="dxa"/>
          </w:tcPr>
          <w:p w14:paraId="54E1B274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51</w:t>
            </w:r>
          </w:p>
        </w:tc>
        <w:tc>
          <w:tcPr>
            <w:tcW w:w="1002" w:type="dxa"/>
          </w:tcPr>
          <w:p w14:paraId="718800A7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3</w:t>
            </w:r>
          </w:p>
        </w:tc>
        <w:tc>
          <w:tcPr>
            <w:tcW w:w="1125" w:type="dxa"/>
          </w:tcPr>
          <w:p w14:paraId="098DF1D2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Апрель</w:t>
            </w:r>
            <w:proofErr w:type="spellEnd"/>
          </w:p>
        </w:tc>
        <w:tc>
          <w:tcPr>
            <w:tcW w:w="1844" w:type="dxa"/>
          </w:tcPr>
          <w:p w14:paraId="2582AF2D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Звёзды</w:t>
            </w:r>
            <w:proofErr w:type="spellEnd"/>
            <w:r w:rsidRPr="0070234E">
              <w:rPr>
                <w:szCs w:val="24"/>
              </w:rPr>
              <w:t xml:space="preserve"> и </w:t>
            </w:r>
            <w:proofErr w:type="spellStart"/>
            <w:r w:rsidRPr="0070234E">
              <w:rPr>
                <w:szCs w:val="24"/>
              </w:rPr>
              <w:t>кометы</w:t>
            </w:r>
            <w:proofErr w:type="spellEnd"/>
          </w:p>
        </w:tc>
        <w:tc>
          <w:tcPr>
            <w:tcW w:w="3402" w:type="dxa"/>
          </w:tcPr>
          <w:p w14:paraId="2187196E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Поделка из фольги. Моделирование форм [Ручной труд]</w:t>
            </w:r>
          </w:p>
        </w:tc>
        <w:tc>
          <w:tcPr>
            <w:tcW w:w="2000" w:type="dxa"/>
          </w:tcPr>
          <w:p w14:paraId="56E760C2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Фольга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картон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</w:p>
        </w:tc>
      </w:tr>
      <w:tr w:rsidR="00E66AFB" w:rsidRPr="0070234E" w14:paraId="0B56B573" w14:textId="77777777" w:rsidTr="0070234E">
        <w:trPr>
          <w:jc w:val="center"/>
        </w:trPr>
        <w:tc>
          <w:tcPr>
            <w:tcW w:w="532" w:type="dxa"/>
          </w:tcPr>
          <w:p w14:paraId="6278537B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52</w:t>
            </w:r>
          </w:p>
        </w:tc>
        <w:tc>
          <w:tcPr>
            <w:tcW w:w="1002" w:type="dxa"/>
          </w:tcPr>
          <w:p w14:paraId="3D277E6F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4</w:t>
            </w:r>
          </w:p>
        </w:tc>
        <w:tc>
          <w:tcPr>
            <w:tcW w:w="1125" w:type="dxa"/>
          </w:tcPr>
          <w:p w14:paraId="2F2A3F9E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Апрель</w:t>
            </w:r>
            <w:proofErr w:type="spellEnd"/>
          </w:p>
        </w:tc>
        <w:tc>
          <w:tcPr>
            <w:tcW w:w="1844" w:type="dxa"/>
          </w:tcPr>
          <w:p w14:paraId="02D75B55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Космическое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путешествие</w:t>
            </w:r>
            <w:proofErr w:type="spellEnd"/>
          </w:p>
        </w:tc>
        <w:tc>
          <w:tcPr>
            <w:tcW w:w="3402" w:type="dxa"/>
          </w:tcPr>
          <w:p w14:paraId="1AD77192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Объёмная аппликация. Сюжетная композиция [Аппликация]</w:t>
            </w:r>
          </w:p>
        </w:tc>
        <w:tc>
          <w:tcPr>
            <w:tcW w:w="2000" w:type="dxa"/>
          </w:tcPr>
          <w:p w14:paraId="562CAF87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Цветная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картон</w:t>
            </w:r>
            <w:proofErr w:type="spellEnd"/>
          </w:p>
        </w:tc>
      </w:tr>
      <w:tr w:rsidR="00E66AFB" w:rsidRPr="0070234E" w14:paraId="3AEFF407" w14:textId="77777777" w:rsidTr="0070234E">
        <w:trPr>
          <w:jc w:val="center"/>
        </w:trPr>
        <w:tc>
          <w:tcPr>
            <w:tcW w:w="532" w:type="dxa"/>
          </w:tcPr>
          <w:p w14:paraId="187BA35E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53</w:t>
            </w:r>
          </w:p>
        </w:tc>
        <w:tc>
          <w:tcPr>
            <w:tcW w:w="1002" w:type="dxa"/>
          </w:tcPr>
          <w:p w14:paraId="5A371587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5</w:t>
            </w:r>
          </w:p>
        </w:tc>
        <w:tc>
          <w:tcPr>
            <w:tcW w:w="1125" w:type="dxa"/>
          </w:tcPr>
          <w:p w14:paraId="0E41C7B8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Апрель</w:t>
            </w:r>
            <w:proofErr w:type="spellEnd"/>
          </w:p>
        </w:tc>
        <w:tc>
          <w:tcPr>
            <w:tcW w:w="1844" w:type="dxa"/>
          </w:tcPr>
          <w:p w14:paraId="071039CC" w14:textId="77777777" w:rsidR="00E66AFB" w:rsidRDefault="00000000" w:rsidP="0070234E">
            <w:pPr>
              <w:spacing w:after="0"/>
              <w:rPr>
                <w:szCs w:val="24"/>
                <w:lang w:val="ru-RU"/>
              </w:rPr>
            </w:pPr>
            <w:proofErr w:type="spellStart"/>
            <w:r w:rsidRPr="0070234E">
              <w:rPr>
                <w:szCs w:val="24"/>
              </w:rPr>
              <w:t>Разноцветные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бабочки</w:t>
            </w:r>
            <w:proofErr w:type="spellEnd"/>
          </w:p>
          <w:p w14:paraId="0C9791FF" w14:textId="77777777" w:rsidR="004F2450" w:rsidRPr="004F2450" w:rsidRDefault="004F2450" w:rsidP="0070234E">
            <w:pPr>
              <w:spacing w:after="0"/>
              <w:rPr>
                <w:szCs w:val="24"/>
                <w:lang w:val="ru-RU"/>
              </w:rPr>
            </w:pPr>
          </w:p>
        </w:tc>
        <w:tc>
          <w:tcPr>
            <w:tcW w:w="3402" w:type="dxa"/>
          </w:tcPr>
          <w:p w14:paraId="2DC8A74C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Монотипия</w:t>
            </w:r>
            <w:proofErr w:type="spellEnd"/>
            <w:r w:rsidRPr="0070234E">
              <w:rPr>
                <w:szCs w:val="24"/>
              </w:rPr>
              <w:t xml:space="preserve">. </w:t>
            </w:r>
            <w:proofErr w:type="spellStart"/>
            <w:r w:rsidRPr="0070234E">
              <w:rPr>
                <w:szCs w:val="24"/>
              </w:rPr>
              <w:t>Симметрия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крыльев</w:t>
            </w:r>
            <w:proofErr w:type="spellEnd"/>
            <w:r w:rsidRPr="0070234E">
              <w:rPr>
                <w:szCs w:val="24"/>
              </w:rPr>
              <w:t xml:space="preserve"> [</w:t>
            </w:r>
            <w:proofErr w:type="spellStart"/>
            <w:r w:rsidRPr="0070234E">
              <w:rPr>
                <w:szCs w:val="24"/>
              </w:rPr>
              <w:t>Рисование</w:t>
            </w:r>
            <w:proofErr w:type="spellEnd"/>
            <w:r w:rsidRPr="0070234E">
              <w:rPr>
                <w:szCs w:val="24"/>
              </w:rPr>
              <w:t>]</w:t>
            </w:r>
          </w:p>
        </w:tc>
        <w:tc>
          <w:tcPr>
            <w:tcW w:w="2000" w:type="dxa"/>
          </w:tcPr>
          <w:p w14:paraId="05C6E947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Гуашь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кисти</w:t>
            </w:r>
            <w:proofErr w:type="spellEnd"/>
          </w:p>
        </w:tc>
      </w:tr>
      <w:tr w:rsidR="00E66AFB" w:rsidRPr="0070234E" w14:paraId="33D57CEE" w14:textId="77777777" w:rsidTr="0070234E">
        <w:trPr>
          <w:jc w:val="center"/>
        </w:trPr>
        <w:tc>
          <w:tcPr>
            <w:tcW w:w="532" w:type="dxa"/>
          </w:tcPr>
          <w:p w14:paraId="227182F7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lastRenderedPageBreak/>
              <w:t>54</w:t>
            </w:r>
          </w:p>
        </w:tc>
        <w:tc>
          <w:tcPr>
            <w:tcW w:w="1002" w:type="dxa"/>
          </w:tcPr>
          <w:p w14:paraId="77BA1013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6</w:t>
            </w:r>
          </w:p>
        </w:tc>
        <w:tc>
          <w:tcPr>
            <w:tcW w:w="1125" w:type="dxa"/>
          </w:tcPr>
          <w:p w14:paraId="38079AA5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Апрель</w:t>
            </w:r>
            <w:proofErr w:type="spellEnd"/>
          </w:p>
        </w:tc>
        <w:tc>
          <w:tcPr>
            <w:tcW w:w="1844" w:type="dxa"/>
          </w:tcPr>
          <w:p w14:paraId="16C47B98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Птичка-невеличка</w:t>
            </w:r>
            <w:proofErr w:type="spellEnd"/>
          </w:p>
        </w:tc>
        <w:tc>
          <w:tcPr>
            <w:tcW w:w="3402" w:type="dxa"/>
          </w:tcPr>
          <w:p w14:paraId="0AC62CEC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Поделка из природного материала. Сборка [Ручной труд]</w:t>
            </w:r>
          </w:p>
        </w:tc>
        <w:tc>
          <w:tcPr>
            <w:tcW w:w="2000" w:type="dxa"/>
          </w:tcPr>
          <w:p w14:paraId="6FB5FDC6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Шишки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веточки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перья</w:t>
            </w:r>
            <w:proofErr w:type="spellEnd"/>
          </w:p>
        </w:tc>
      </w:tr>
      <w:tr w:rsidR="00E66AFB" w:rsidRPr="0070234E" w14:paraId="1024B578" w14:textId="77777777" w:rsidTr="0070234E">
        <w:trPr>
          <w:jc w:val="center"/>
        </w:trPr>
        <w:tc>
          <w:tcPr>
            <w:tcW w:w="532" w:type="dxa"/>
          </w:tcPr>
          <w:p w14:paraId="202694CC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55</w:t>
            </w:r>
          </w:p>
        </w:tc>
        <w:tc>
          <w:tcPr>
            <w:tcW w:w="1002" w:type="dxa"/>
          </w:tcPr>
          <w:p w14:paraId="032723E4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7</w:t>
            </w:r>
          </w:p>
        </w:tc>
        <w:tc>
          <w:tcPr>
            <w:tcW w:w="1125" w:type="dxa"/>
          </w:tcPr>
          <w:p w14:paraId="0F9883C6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Апрель</w:t>
            </w:r>
            <w:proofErr w:type="spellEnd"/>
          </w:p>
        </w:tc>
        <w:tc>
          <w:tcPr>
            <w:tcW w:w="1844" w:type="dxa"/>
          </w:tcPr>
          <w:p w14:paraId="69040145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Жар-птица</w:t>
            </w:r>
            <w:proofErr w:type="spellEnd"/>
          </w:p>
        </w:tc>
        <w:tc>
          <w:tcPr>
            <w:tcW w:w="3402" w:type="dxa"/>
          </w:tcPr>
          <w:p w14:paraId="59B1A9B4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Декоративная лепка из глины. Украшение узором [Лепка]</w:t>
            </w:r>
          </w:p>
        </w:tc>
        <w:tc>
          <w:tcPr>
            <w:tcW w:w="2000" w:type="dxa"/>
          </w:tcPr>
          <w:p w14:paraId="0FC83EFA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Глина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стеки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доски</w:t>
            </w:r>
            <w:proofErr w:type="spellEnd"/>
          </w:p>
        </w:tc>
      </w:tr>
      <w:tr w:rsidR="00E66AFB" w:rsidRPr="0070234E" w14:paraId="19D56213" w14:textId="77777777" w:rsidTr="0070234E">
        <w:trPr>
          <w:jc w:val="center"/>
        </w:trPr>
        <w:tc>
          <w:tcPr>
            <w:tcW w:w="532" w:type="dxa"/>
          </w:tcPr>
          <w:p w14:paraId="6B527C5B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56</w:t>
            </w:r>
          </w:p>
        </w:tc>
        <w:tc>
          <w:tcPr>
            <w:tcW w:w="1002" w:type="dxa"/>
          </w:tcPr>
          <w:p w14:paraId="56799F00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8</w:t>
            </w:r>
          </w:p>
        </w:tc>
        <w:tc>
          <w:tcPr>
            <w:tcW w:w="1125" w:type="dxa"/>
          </w:tcPr>
          <w:p w14:paraId="12D5AB3A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Апрель</w:t>
            </w:r>
            <w:proofErr w:type="spellEnd"/>
          </w:p>
        </w:tc>
        <w:tc>
          <w:tcPr>
            <w:tcW w:w="1844" w:type="dxa"/>
          </w:tcPr>
          <w:p w14:paraId="2A169CF3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Праздник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птиц</w:t>
            </w:r>
            <w:proofErr w:type="spellEnd"/>
          </w:p>
        </w:tc>
        <w:tc>
          <w:tcPr>
            <w:tcW w:w="3402" w:type="dxa"/>
          </w:tcPr>
          <w:p w14:paraId="408FD7B1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Коллективная аппликация. Весенняя композиция [Аппликация]</w:t>
            </w:r>
          </w:p>
        </w:tc>
        <w:tc>
          <w:tcPr>
            <w:tcW w:w="2000" w:type="dxa"/>
          </w:tcPr>
          <w:p w14:paraId="69526ABA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Цветная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ватман</w:t>
            </w:r>
            <w:proofErr w:type="spellEnd"/>
          </w:p>
        </w:tc>
      </w:tr>
      <w:tr w:rsidR="00E66AFB" w:rsidRPr="0070234E" w14:paraId="05226A3C" w14:textId="77777777" w:rsidTr="0070234E">
        <w:trPr>
          <w:jc w:val="center"/>
        </w:trPr>
        <w:tc>
          <w:tcPr>
            <w:tcW w:w="532" w:type="dxa"/>
          </w:tcPr>
          <w:p w14:paraId="2A203A16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57</w:t>
            </w:r>
          </w:p>
        </w:tc>
        <w:tc>
          <w:tcPr>
            <w:tcW w:w="1002" w:type="dxa"/>
          </w:tcPr>
          <w:p w14:paraId="316126E6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1</w:t>
            </w:r>
          </w:p>
        </w:tc>
        <w:tc>
          <w:tcPr>
            <w:tcW w:w="1125" w:type="dxa"/>
          </w:tcPr>
          <w:p w14:paraId="771E1546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Май</w:t>
            </w:r>
            <w:proofErr w:type="spellEnd"/>
          </w:p>
        </w:tc>
        <w:tc>
          <w:tcPr>
            <w:tcW w:w="1844" w:type="dxa"/>
          </w:tcPr>
          <w:p w14:paraId="582328D2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Салют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Победы</w:t>
            </w:r>
            <w:proofErr w:type="spellEnd"/>
          </w:p>
        </w:tc>
        <w:tc>
          <w:tcPr>
            <w:tcW w:w="3402" w:type="dxa"/>
          </w:tcPr>
          <w:p w14:paraId="57E1ED02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Пальчиковое рисование. Праздничный салют [Рисование]</w:t>
            </w:r>
          </w:p>
        </w:tc>
        <w:tc>
          <w:tcPr>
            <w:tcW w:w="2000" w:type="dxa"/>
          </w:tcPr>
          <w:p w14:paraId="114E5513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Гуашь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салфетки</w:t>
            </w:r>
            <w:proofErr w:type="spellEnd"/>
          </w:p>
        </w:tc>
      </w:tr>
      <w:tr w:rsidR="00E66AFB" w:rsidRPr="0070234E" w14:paraId="3CB8207C" w14:textId="77777777" w:rsidTr="0070234E">
        <w:trPr>
          <w:jc w:val="center"/>
        </w:trPr>
        <w:tc>
          <w:tcPr>
            <w:tcW w:w="532" w:type="dxa"/>
          </w:tcPr>
          <w:p w14:paraId="14523958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58</w:t>
            </w:r>
          </w:p>
        </w:tc>
        <w:tc>
          <w:tcPr>
            <w:tcW w:w="1002" w:type="dxa"/>
          </w:tcPr>
          <w:p w14:paraId="316EABA1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2</w:t>
            </w:r>
          </w:p>
        </w:tc>
        <w:tc>
          <w:tcPr>
            <w:tcW w:w="1125" w:type="dxa"/>
          </w:tcPr>
          <w:p w14:paraId="7DBAFDFA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Май</w:t>
            </w:r>
            <w:proofErr w:type="spellEnd"/>
          </w:p>
        </w:tc>
        <w:tc>
          <w:tcPr>
            <w:tcW w:w="1844" w:type="dxa"/>
          </w:tcPr>
          <w:p w14:paraId="09AE4C65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Гвоздики</w:t>
            </w:r>
            <w:proofErr w:type="spellEnd"/>
            <w:r w:rsidRPr="0070234E">
              <w:rPr>
                <w:szCs w:val="24"/>
              </w:rPr>
              <w:t xml:space="preserve"> к </w:t>
            </w:r>
            <w:proofErr w:type="spellStart"/>
            <w:r w:rsidRPr="0070234E">
              <w:rPr>
                <w:szCs w:val="24"/>
              </w:rPr>
              <w:t>памятнику</w:t>
            </w:r>
            <w:proofErr w:type="spellEnd"/>
          </w:p>
        </w:tc>
        <w:tc>
          <w:tcPr>
            <w:tcW w:w="3402" w:type="dxa"/>
          </w:tcPr>
          <w:p w14:paraId="7EB579CE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Обрывная аппликация. Тематическая композиция [Аппликация]</w:t>
            </w:r>
          </w:p>
        </w:tc>
        <w:tc>
          <w:tcPr>
            <w:tcW w:w="2000" w:type="dxa"/>
          </w:tcPr>
          <w:p w14:paraId="130EE01B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Цветная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картон</w:t>
            </w:r>
            <w:proofErr w:type="spellEnd"/>
          </w:p>
        </w:tc>
      </w:tr>
      <w:tr w:rsidR="00E66AFB" w:rsidRPr="0070234E" w14:paraId="33CDEB89" w14:textId="77777777" w:rsidTr="0070234E">
        <w:trPr>
          <w:jc w:val="center"/>
        </w:trPr>
        <w:tc>
          <w:tcPr>
            <w:tcW w:w="532" w:type="dxa"/>
          </w:tcPr>
          <w:p w14:paraId="7EC3031E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59</w:t>
            </w:r>
          </w:p>
        </w:tc>
        <w:tc>
          <w:tcPr>
            <w:tcW w:w="1002" w:type="dxa"/>
          </w:tcPr>
          <w:p w14:paraId="1A5BA072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3</w:t>
            </w:r>
          </w:p>
        </w:tc>
        <w:tc>
          <w:tcPr>
            <w:tcW w:w="1125" w:type="dxa"/>
          </w:tcPr>
          <w:p w14:paraId="4826E358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Май</w:t>
            </w:r>
            <w:proofErr w:type="spellEnd"/>
          </w:p>
        </w:tc>
        <w:tc>
          <w:tcPr>
            <w:tcW w:w="1844" w:type="dxa"/>
          </w:tcPr>
          <w:p w14:paraId="16EC8E13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Голубь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мира</w:t>
            </w:r>
            <w:proofErr w:type="spellEnd"/>
          </w:p>
        </w:tc>
        <w:tc>
          <w:tcPr>
            <w:tcW w:w="3402" w:type="dxa"/>
          </w:tcPr>
          <w:p w14:paraId="0C131FFC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Лепка из глины. Пластическая выразительность [Лепка]</w:t>
            </w:r>
          </w:p>
        </w:tc>
        <w:tc>
          <w:tcPr>
            <w:tcW w:w="2000" w:type="dxa"/>
          </w:tcPr>
          <w:p w14:paraId="54BEB90C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Глина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стеки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доски</w:t>
            </w:r>
            <w:proofErr w:type="spellEnd"/>
          </w:p>
        </w:tc>
      </w:tr>
      <w:tr w:rsidR="00E66AFB" w:rsidRPr="0070234E" w14:paraId="5A3E4E65" w14:textId="77777777" w:rsidTr="0070234E">
        <w:trPr>
          <w:jc w:val="center"/>
        </w:trPr>
        <w:tc>
          <w:tcPr>
            <w:tcW w:w="532" w:type="dxa"/>
          </w:tcPr>
          <w:p w14:paraId="7DD1A901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60</w:t>
            </w:r>
          </w:p>
        </w:tc>
        <w:tc>
          <w:tcPr>
            <w:tcW w:w="1002" w:type="dxa"/>
          </w:tcPr>
          <w:p w14:paraId="6F4D7B14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4</w:t>
            </w:r>
          </w:p>
        </w:tc>
        <w:tc>
          <w:tcPr>
            <w:tcW w:w="1125" w:type="dxa"/>
          </w:tcPr>
          <w:p w14:paraId="0A77A7E1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Май</w:t>
            </w:r>
            <w:proofErr w:type="spellEnd"/>
          </w:p>
        </w:tc>
        <w:tc>
          <w:tcPr>
            <w:tcW w:w="1844" w:type="dxa"/>
          </w:tcPr>
          <w:p w14:paraId="2B700EB9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Праздничный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венок</w:t>
            </w:r>
            <w:proofErr w:type="spellEnd"/>
          </w:p>
        </w:tc>
        <w:tc>
          <w:tcPr>
            <w:tcW w:w="3402" w:type="dxa"/>
          </w:tcPr>
          <w:p w14:paraId="04F19A97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Поделка из природного материала. Композиция [Ручной труд]</w:t>
            </w:r>
          </w:p>
        </w:tc>
        <w:tc>
          <w:tcPr>
            <w:tcW w:w="2000" w:type="dxa"/>
          </w:tcPr>
          <w:p w14:paraId="43C43BFE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Ветви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цветы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лента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проволока</w:t>
            </w:r>
            <w:proofErr w:type="spellEnd"/>
          </w:p>
        </w:tc>
      </w:tr>
      <w:tr w:rsidR="00E66AFB" w:rsidRPr="0070234E" w14:paraId="444BD7C8" w14:textId="77777777" w:rsidTr="0070234E">
        <w:trPr>
          <w:jc w:val="center"/>
        </w:trPr>
        <w:tc>
          <w:tcPr>
            <w:tcW w:w="532" w:type="dxa"/>
          </w:tcPr>
          <w:p w14:paraId="235271B4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61</w:t>
            </w:r>
          </w:p>
        </w:tc>
        <w:tc>
          <w:tcPr>
            <w:tcW w:w="1002" w:type="dxa"/>
          </w:tcPr>
          <w:p w14:paraId="2CE0C748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5</w:t>
            </w:r>
          </w:p>
        </w:tc>
        <w:tc>
          <w:tcPr>
            <w:tcW w:w="1125" w:type="dxa"/>
          </w:tcPr>
          <w:p w14:paraId="4649D42C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Май</w:t>
            </w:r>
            <w:proofErr w:type="spellEnd"/>
          </w:p>
        </w:tc>
        <w:tc>
          <w:tcPr>
            <w:tcW w:w="1844" w:type="dxa"/>
          </w:tcPr>
          <w:p w14:paraId="195D6C9C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Мой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любимый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город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Нижнекамск</w:t>
            </w:r>
            <w:proofErr w:type="spellEnd"/>
          </w:p>
        </w:tc>
        <w:tc>
          <w:tcPr>
            <w:tcW w:w="3402" w:type="dxa"/>
          </w:tcPr>
          <w:p w14:paraId="301C613C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Коллаж. Свободная техника. Городской пейзаж [Рисование]</w:t>
            </w:r>
          </w:p>
        </w:tc>
        <w:tc>
          <w:tcPr>
            <w:tcW w:w="2000" w:type="dxa"/>
          </w:tcPr>
          <w:p w14:paraId="4BCAF5FD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Гуашь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цветная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бумага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</w:p>
        </w:tc>
      </w:tr>
      <w:tr w:rsidR="00E66AFB" w:rsidRPr="0070234E" w14:paraId="6F6C239F" w14:textId="77777777" w:rsidTr="0070234E">
        <w:trPr>
          <w:jc w:val="center"/>
        </w:trPr>
        <w:tc>
          <w:tcPr>
            <w:tcW w:w="532" w:type="dxa"/>
          </w:tcPr>
          <w:p w14:paraId="2CA1EA93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62</w:t>
            </w:r>
          </w:p>
        </w:tc>
        <w:tc>
          <w:tcPr>
            <w:tcW w:w="1002" w:type="dxa"/>
          </w:tcPr>
          <w:p w14:paraId="5AB0D7DA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6</w:t>
            </w:r>
          </w:p>
        </w:tc>
        <w:tc>
          <w:tcPr>
            <w:tcW w:w="1125" w:type="dxa"/>
          </w:tcPr>
          <w:p w14:paraId="4D55A6DA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Май</w:t>
            </w:r>
            <w:proofErr w:type="spellEnd"/>
          </w:p>
        </w:tc>
        <w:tc>
          <w:tcPr>
            <w:tcW w:w="1844" w:type="dxa"/>
          </w:tcPr>
          <w:p w14:paraId="69EEDF2C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Цветущая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ветка</w:t>
            </w:r>
            <w:proofErr w:type="spellEnd"/>
          </w:p>
        </w:tc>
        <w:tc>
          <w:tcPr>
            <w:tcW w:w="3402" w:type="dxa"/>
          </w:tcPr>
          <w:p w14:paraId="0BF47CFE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r w:rsidRPr="0070234E">
              <w:rPr>
                <w:szCs w:val="24"/>
                <w:lang w:val="ru-RU"/>
              </w:rPr>
              <w:t xml:space="preserve">Композиция из ткани и лент. </w:t>
            </w:r>
            <w:proofErr w:type="spellStart"/>
            <w:r w:rsidRPr="0070234E">
              <w:rPr>
                <w:szCs w:val="24"/>
              </w:rPr>
              <w:t>Декоративное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панно</w:t>
            </w:r>
            <w:proofErr w:type="spellEnd"/>
            <w:r w:rsidRPr="0070234E">
              <w:rPr>
                <w:szCs w:val="24"/>
              </w:rPr>
              <w:t xml:space="preserve"> [</w:t>
            </w:r>
            <w:proofErr w:type="spellStart"/>
            <w:r w:rsidRPr="0070234E">
              <w:rPr>
                <w:szCs w:val="24"/>
              </w:rPr>
              <w:t>Ручной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труд</w:t>
            </w:r>
            <w:proofErr w:type="spellEnd"/>
            <w:r w:rsidRPr="0070234E">
              <w:rPr>
                <w:szCs w:val="24"/>
              </w:rPr>
              <w:t>]</w:t>
            </w:r>
          </w:p>
        </w:tc>
        <w:tc>
          <w:tcPr>
            <w:tcW w:w="2000" w:type="dxa"/>
          </w:tcPr>
          <w:p w14:paraId="3D6BE63A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Ткань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ленты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картон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</w:p>
        </w:tc>
      </w:tr>
      <w:tr w:rsidR="00E66AFB" w:rsidRPr="0070234E" w14:paraId="5525FA81" w14:textId="77777777" w:rsidTr="0070234E">
        <w:trPr>
          <w:jc w:val="center"/>
        </w:trPr>
        <w:tc>
          <w:tcPr>
            <w:tcW w:w="532" w:type="dxa"/>
          </w:tcPr>
          <w:p w14:paraId="229F81D3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63</w:t>
            </w:r>
          </w:p>
        </w:tc>
        <w:tc>
          <w:tcPr>
            <w:tcW w:w="1002" w:type="dxa"/>
          </w:tcPr>
          <w:p w14:paraId="5C444741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7</w:t>
            </w:r>
          </w:p>
        </w:tc>
        <w:tc>
          <w:tcPr>
            <w:tcW w:w="1125" w:type="dxa"/>
          </w:tcPr>
          <w:p w14:paraId="426E6D04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Май</w:t>
            </w:r>
            <w:proofErr w:type="spellEnd"/>
          </w:p>
        </w:tc>
        <w:tc>
          <w:tcPr>
            <w:tcW w:w="1844" w:type="dxa"/>
          </w:tcPr>
          <w:p w14:paraId="21591B94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Цветущий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сад</w:t>
            </w:r>
            <w:proofErr w:type="spellEnd"/>
          </w:p>
        </w:tc>
        <w:tc>
          <w:tcPr>
            <w:tcW w:w="3402" w:type="dxa"/>
          </w:tcPr>
          <w:p w14:paraId="7283D088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Аппликация из засушенных цветов. Композиция [Аппликация]</w:t>
            </w:r>
          </w:p>
        </w:tc>
        <w:tc>
          <w:tcPr>
            <w:tcW w:w="2000" w:type="dxa"/>
          </w:tcPr>
          <w:p w14:paraId="45E3F475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Засушенные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цветы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клей</w:t>
            </w:r>
            <w:proofErr w:type="spellEnd"/>
            <w:r w:rsidRPr="0070234E">
              <w:rPr>
                <w:szCs w:val="24"/>
              </w:rPr>
              <w:t xml:space="preserve">, </w:t>
            </w:r>
            <w:proofErr w:type="spellStart"/>
            <w:r w:rsidRPr="0070234E">
              <w:rPr>
                <w:szCs w:val="24"/>
              </w:rPr>
              <w:t>картон</w:t>
            </w:r>
            <w:proofErr w:type="spellEnd"/>
          </w:p>
        </w:tc>
      </w:tr>
      <w:tr w:rsidR="00E66AFB" w:rsidRPr="0070234E" w14:paraId="025720C7" w14:textId="77777777" w:rsidTr="0070234E">
        <w:trPr>
          <w:jc w:val="center"/>
        </w:trPr>
        <w:tc>
          <w:tcPr>
            <w:tcW w:w="532" w:type="dxa"/>
          </w:tcPr>
          <w:p w14:paraId="2D080413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64</w:t>
            </w:r>
          </w:p>
        </w:tc>
        <w:tc>
          <w:tcPr>
            <w:tcW w:w="1002" w:type="dxa"/>
          </w:tcPr>
          <w:p w14:paraId="2791253F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r w:rsidRPr="0070234E">
              <w:rPr>
                <w:szCs w:val="24"/>
              </w:rPr>
              <w:t>8</w:t>
            </w:r>
          </w:p>
        </w:tc>
        <w:tc>
          <w:tcPr>
            <w:tcW w:w="1125" w:type="dxa"/>
          </w:tcPr>
          <w:p w14:paraId="064E9B49" w14:textId="77777777" w:rsidR="00E66AFB" w:rsidRPr="0070234E" w:rsidRDefault="00000000" w:rsidP="0070234E">
            <w:pPr>
              <w:spacing w:after="0"/>
              <w:jc w:val="center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Май</w:t>
            </w:r>
            <w:proofErr w:type="spellEnd"/>
          </w:p>
        </w:tc>
        <w:tc>
          <w:tcPr>
            <w:tcW w:w="1844" w:type="dxa"/>
          </w:tcPr>
          <w:p w14:paraId="10A7F83E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Вот</w:t>
            </w:r>
            <w:proofErr w:type="spellEnd"/>
            <w:r w:rsidRPr="0070234E">
              <w:rPr>
                <w:szCs w:val="24"/>
              </w:rPr>
              <w:t xml:space="preserve"> и </w:t>
            </w:r>
            <w:proofErr w:type="spellStart"/>
            <w:r w:rsidRPr="0070234E">
              <w:rPr>
                <w:szCs w:val="24"/>
              </w:rPr>
              <w:t>лето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пришло</w:t>
            </w:r>
            <w:proofErr w:type="spellEnd"/>
            <w:r w:rsidRPr="0070234E">
              <w:rPr>
                <w:szCs w:val="24"/>
              </w:rPr>
              <w:t>!</w:t>
            </w:r>
          </w:p>
        </w:tc>
        <w:tc>
          <w:tcPr>
            <w:tcW w:w="3402" w:type="dxa"/>
          </w:tcPr>
          <w:p w14:paraId="16EB2942" w14:textId="77777777" w:rsidR="00E66AFB" w:rsidRPr="0070234E" w:rsidRDefault="00000000" w:rsidP="0070234E">
            <w:pPr>
              <w:spacing w:after="0"/>
              <w:rPr>
                <w:szCs w:val="24"/>
                <w:lang w:val="ru-RU"/>
              </w:rPr>
            </w:pPr>
            <w:r w:rsidRPr="0070234E">
              <w:rPr>
                <w:szCs w:val="24"/>
                <w:lang w:val="ru-RU"/>
              </w:rPr>
              <w:t>Свободная творческая работа. Выбор техники [Рисование]</w:t>
            </w:r>
          </w:p>
        </w:tc>
        <w:tc>
          <w:tcPr>
            <w:tcW w:w="2000" w:type="dxa"/>
          </w:tcPr>
          <w:p w14:paraId="569A8E6F" w14:textId="77777777" w:rsidR="00E66AFB" w:rsidRPr="0070234E" w:rsidRDefault="00000000" w:rsidP="0070234E">
            <w:pPr>
              <w:spacing w:after="0"/>
              <w:rPr>
                <w:szCs w:val="24"/>
              </w:rPr>
            </w:pPr>
            <w:proofErr w:type="spellStart"/>
            <w:r w:rsidRPr="0070234E">
              <w:rPr>
                <w:szCs w:val="24"/>
              </w:rPr>
              <w:t>Различные</w:t>
            </w:r>
            <w:proofErr w:type="spellEnd"/>
            <w:r w:rsidRPr="0070234E">
              <w:rPr>
                <w:szCs w:val="24"/>
              </w:rPr>
              <w:t xml:space="preserve"> </w:t>
            </w:r>
            <w:proofErr w:type="spellStart"/>
            <w:r w:rsidRPr="0070234E">
              <w:rPr>
                <w:szCs w:val="24"/>
              </w:rPr>
              <w:t>материалы</w:t>
            </w:r>
            <w:proofErr w:type="spellEnd"/>
          </w:p>
        </w:tc>
      </w:tr>
    </w:tbl>
    <w:p w14:paraId="63912DB6" w14:textId="77777777" w:rsidR="00E66AFB" w:rsidRDefault="00E66AFB">
      <w:pPr>
        <w:ind w:firstLine="709"/>
        <w:jc w:val="both"/>
      </w:pPr>
    </w:p>
    <w:p w14:paraId="53937A88" w14:textId="77777777" w:rsidR="00E66AFB" w:rsidRDefault="00000000">
      <w:pPr>
        <w:jc w:val="both"/>
      </w:pPr>
      <w:proofErr w:type="spellStart"/>
      <w:r>
        <w:rPr>
          <w:b/>
        </w:rPr>
        <w:t>Распределение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занятий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разделам</w:t>
      </w:r>
      <w:proofErr w:type="spellEnd"/>
      <w:r>
        <w:rPr>
          <w:b/>
        </w:rPr>
        <w:t>:</w:t>
      </w:r>
    </w:p>
    <w:p w14:paraId="5BD094F6" w14:textId="77777777" w:rsidR="00E66AFB" w:rsidRDefault="00000000">
      <w:pPr>
        <w:pStyle w:val="a0"/>
        <w:ind w:firstLine="0"/>
      </w:pPr>
      <w:proofErr w:type="spellStart"/>
      <w:r>
        <w:t>Рисование</w:t>
      </w:r>
      <w:proofErr w:type="spellEnd"/>
      <w:r>
        <w:t xml:space="preserve"> — 21 </w:t>
      </w:r>
      <w:proofErr w:type="spellStart"/>
      <w:r>
        <w:t>занятий</w:t>
      </w:r>
      <w:proofErr w:type="spellEnd"/>
    </w:p>
    <w:p w14:paraId="6BEF8E3C" w14:textId="77777777" w:rsidR="00E66AFB" w:rsidRDefault="00000000">
      <w:pPr>
        <w:pStyle w:val="a0"/>
        <w:ind w:firstLine="0"/>
      </w:pPr>
      <w:proofErr w:type="spellStart"/>
      <w:r>
        <w:t>Лепка</w:t>
      </w:r>
      <w:proofErr w:type="spellEnd"/>
      <w:r>
        <w:t xml:space="preserve"> — 13 </w:t>
      </w:r>
      <w:proofErr w:type="spellStart"/>
      <w:r>
        <w:t>занятий</w:t>
      </w:r>
      <w:proofErr w:type="spellEnd"/>
    </w:p>
    <w:p w14:paraId="60309113" w14:textId="77777777" w:rsidR="00E66AFB" w:rsidRDefault="00000000">
      <w:pPr>
        <w:pStyle w:val="a0"/>
        <w:ind w:firstLine="0"/>
      </w:pPr>
      <w:proofErr w:type="spellStart"/>
      <w:r>
        <w:t>Ручной</w:t>
      </w:r>
      <w:proofErr w:type="spellEnd"/>
      <w:r>
        <w:t xml:space="preserve"> </w:t>
      </w:r>
      <w:proofErr w:type="spellStart"/>
      <w:r>
        <w:t>труд</w:t>
      </w:r>
      <w:proofErr w:type="spellEnd"/>
      <w:r>
        <w:t xml:space="preserve"> — 14 </w:t>
      </w:r>
      <w:proofErr w:type="spellStart"/>
      <w:r>
        <w:t>занятий</w:t>
      </w:r>
      <w:proofErr w:type="spellEnd"/>
    </w:p>
    <w:p w14:paraId="423A7AB7" w14:textId="77777777" w:rsidR="00E66AFB" w:rsidRDefault="00000000">
      <w:pPr>
        <w:pStyle w:val="a0"/>
        <w:ind w:firstLine="0"/>
      </w:pPr>
      <w:proofErr w:type="spellStart"/>
      <w:r>
        <w:t>Аппликация</w:t>
      </w:r>
      <w:proofErr w:type="spellEnd"/>
      <w:r>
        <w:t xml:space="preserve"> — 16 </w:t>
      </w:r>
      <w:proofErr w:type="spellStart"/>
      <w:r>
        <w:t>занятий</w:t>
      </w:r>
      <w:proofErr w:type="spellEnd"/>
    </w:p>
    <w:p w14:paraId="58829F23" w14:textId="77777777" w:rsidR="00E66AFB" w:rsidRDefault="00000000">
      <w:r>
        <w:br w:type="page"/>
      </w:r>
    </w:p>
    <w:p w14:paraId="261FE7B2" w14:textId="77777777" w:rsidR="00E66AFB" w:rsidRDefault="00000000">
      <w:pPr>
        <w:spacing w:before="240"/>
        <w:jc w:val="center"/>
      </w:pPr>
      <w:r>
        <w:rPr>
          <w:b/>
          <w:sz w:val="28"/>
        </w:rPr>
        <w:lastRenderedPageBreak/>
        <w:t>МЕТОДИЧЕСКОЕ ОБЕСПЕЧЕНИЕ</w:t>
      </w:r>
    </w:p>
    <w:p w14:paraId="3108534F" w14:textId="77777777" w:rsidR="00E66AFB" w:rsidRDefault="00000000">
      <w:pPr>
        <w:spacing w:before="240"/>
      </w:pPr>
      <w:proofErr w:type="spellStart"/>
      <w:r>
        <w:rPr>
          <w:b/>
          <w:sz w:val="26"/>
        </w:rPr>
        <w:t>Материально-технические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условия</w:t>
      </w:r>
      <w:proofErr w:type="spellEnd"/>
    </w:p>
    <w:p w14:paraId="2770C7A8" w14:textId="77777777" w:rsidR="00E66AFB" w:rsidRPr="0070234E" w:rsidRDefault="00000000">
      <w:pPr>
        <w:pStyle w:val="a0"/>
        <w:ind w:firstLine="0"/>
        <w:rPr>
          <w:lang w:val="ru-RU"/>
        </w:rPr>
      </w:pPr>
      <w:r w:rsidRPr="0070234E">
        <w:rPr>
          <w:lang w:val="ru-RU"/>
        </w:rPr>
        <w:t>помещение для занятий, соответствующее санитарно-эпидемиологическим требованиям (хорошее освещение, вентиляция);</w:t>
      </w:r>
    </w:p>
    <w:p w14:paraId="2CA83639" w14:textId="77777777" w:rsidR="00E66AFB" w:rsidRPr="0070234E" w:rsidRDefault="00000000">
      <w:pPr>
        <w:pStyle w:val="a0"/>
        <w:ind w:firstLine="0"/>
        <w:rPr>
          <w:lang w:val="ru-RU"/>
        </w:rPr>
      </w:pPr>
      <w:r w:rsidRPr="0070234E">
        <w:rPr>
          <w:lang w:val="ru-RU"/>
        </w:rPr>
        <w:t>столы и стулья, соответствующие росту детей 6–7 лет;</w:t>
      </w:r>
    </w:p>
    <w:p w14:paraId="4C34F968" w14:textId="77777777" w:rsidR="00E66AFB" w:rsidRPr="0070234E" w:rsidRDefault="00000000">
      <w:pPr>
        <w:pStyle w:val="a0"/>
        <w:ind w:firstLine="0"/>
        <w:rPr>
          <w:lang w:val="ru-RU"/>
        </w:rPr>
      </w:pPr>
      <w:r w:rsidRPr="0070234E">
        <w:rPr>
          <w:lang w:val="ru-RU"/>
        </w:rPr>
        <w:t>стеллажи для хранения материалов и детских работ;</w:t>
      </w:r>
    </w:p>
    <w:p w14:paraId="2750D650" w14:textId="77777777" w:rsidR="00E66AFB" w:rsidRPr="0070234E" w:rsidRDefault="00000000">
      <w:pPr>
        <w:pStyle w:val="a0"/>
        <w:ind w:firstLine="0"/>
        <w:rPr>
          <w:lang w:val="ru-RU"/>
        </w:rPr>
      </w:pPr>
      <w:r w:rsidRPr="0070234E">
        <w:rPr>
          <w:lang w:val="ru-RU"/>
        </w:rPr>
        <w:t>выставочный стенд для оформления выставок детских работ.</w:t>
      </w:r>
    </w:p>
    <w:p w14:paraId="633A7222" w14:textId="77777777" w:rsidR="00E66AFB" w:rsidRDefault="00000000">
      <w:pPr>
        <w:spacing w:before="240"/>
      </w:pPr>
      <w:proofErr w:type="spellStart"/>
      <w:r>
        <w:rPr>
          <w:b/>
          <w:sz w:val="26"/>
        </w:rPr>
        <w:t>Материалы</w:t>
      </w:r>
      <w:proofErr w:type="spellEnd"/>
      <w:r>
        <w:rPr>
          <w:b/>
          <w:sz w:val="26"/>
        </w:rPr>
        <w:t xml:space="preserve"> и </w:t>
      </w:r>
      <w:proofErr w:type="spellStart"/>
      <w:r>
        <w:rPr>
          <w:b/>
          <w:sz w:val="26"/>
        </w:rPr>
        <w:t>инструменты</w:t>
      </w:r>
      <w:proofErr w:type="spellEnd"/>
    </w:p>
    <w:p w14:paraId="54396F99" w14:textId="77777777" w:rsidR="00E66AFB" w:rsidRDefault="00000000">
      <w:pPr>
        <w:pStyle w:val="a0"/>
        <w:ind w:firstLine="0"/>
      </w:pPr>
      <w:proofErr w:type="spellStart"/>
      <w:r>
        <w:t>краски</w:t>
      </w:r>
      <w:proofErr w:type="spellEnd"/>
      <w:r>
        <w:t xml:space="preserve">: </w:t>
      </w:r>
      <w:proofErr w:type="spellStart"/>
      <w:r>
        <w:t>гуашь</w:t>
      </w:r>
      <w:proofErr w:type="spellEnd"/>
      <w:r>
        <w:t xml:space="preserve">, </w:t>
      </w:r>
      <w:proofErr w:type="spellStart"/>
      <w:r>
        <w:t>акварель</w:t>
      </w:r>
      <w:proofErr w:type="spellEnd"/>
      <w:r>
        <w:t xml:space="preserve">, </w:t>
      </w:r>
      <w:proofErr w:type="spellStart"/>
      <w:r>
        <w:t>пастель</w:t>
      </w:r>
      <w:proofErr w:type="spellEnd"/>
      <w:r>
        <w:t>;</w:t>
      </w:r>
    </w:p>
    <w:p w14:paraId="3A7B13FA" w14:textId="77777777" w:rsidR="00E66AFB" w:rsidRPr="0070234E" w:rsidRDefault="00000000">
      <w:pPr>
        <w:pStyle w:val="a0"/>
        <w:ind w:firstLine="0"/>
        <w:rPr>
          <w:lang w:val="ru-RU"/>
        </w:rPr>
      </w:pPr>
      <w:r w:rsidRPr="0070234E">
        <w:rPr>
          <w:lang w:val="ru-RU"/>
        </w:rPr>
        <w:t>кисти разной жёсткости и размера; ватные палочки; поролоновые тампоны;</w:t>
      </w:r>
    </w:p>
    <w:p w14:paraId="1EBA3E08" w14:textId="77777777" w:rsidR="00E66AFB" w:rsidRPr="0070234E" w:rsidRDefault="00000000">
      <w:pPr>
        <w:pStyle w:val="a0"/>
        <w:ind w:firstLine="0"/>
        <w:rPr>
          <w:lang w:val="ru-RU"/>
        </w:rPr>
      </w:pPr>
      <w:r w:rsidRPr="0070234E">
        <w:rPr>
          <w:lang w:val="ru-RU"/>
        </w:rPr>
        <w:t>бумага: белая и цветная, картон, ватман, акварельная бумага;</w:t>
      </w:r>
    </w:p>
    <w:p w14:paraId="69EA7512" w14:textId="77777777" w:rsidR="00E66AFB" w:rsidRDefault="00000000">
      <w:pPr>
        <w:pStyle w:val="a0"/>
        <w:ind w:firstLine="0"/>
      </w:pPr>
      <w:proofErr w:type="spellStart"/>
      <w:r>
        <w:t>глина</w:t>
      </w:r>
      <w:proofErr w:type="spellEnd"/>
      <w:r>
        <w:t xml:space="preserve"> и </w:t>
      </w:r>
      <w:proofErr w:type="spellStart"/>
      <w:r>
        <w:t>керамические</w:t>
      </w:r>
      <w:proofErr w:type="spellEnd"/>
      <w:r>
        <w:t xml:space="preserve"> </w:t>
      </w:r>
      <w:proofErr w:type="spellStart"/>
      <w:r>
        <w:t>стеки</w:t>
      </w:r>
      <w:proofErr w:type="spellEnd"/>
      <w:r>
        <w:t>;</w:t>
      </w:r>
    </w:p>
    <w:p w14:paraId="629A2E45" w14:textId="77777777" w:rsidR="00E66AFB" w:rsidRPr="0070234E" w:rsidRDefault="00000000">
      <w:pPr>
        <w:pStyle w:val="a0"/>
        <w:ind w:firstLine="0"/>
        <w:rPr>
          <w:lang w:val="ru-RU"/>
        </w:rPr>
      </w:pPr>
      <w:r w:rsidRPr="0070234E">
        <w:rPr>
          <w:lang w:val="ru-RU"/>
        </w:rPr>
        <w:t>ткань, нитки, ленты, тесьма, кружево, вата, синтепон;</w:t>
      </w:r>
    </w:p>
    <w:p w14:paraId="4FEDFB23" w14:textId="77777777" w:rsidR="00E66AFB" w:rsidRPr="0070234E" w:rsidRDefault="00000000">
      <w:pPr>
        <w:pStyle w:val="a0"/>
        <w:ind w:firstLine="0"/>
        <w:rPr>
          <w:lang w:val="ru-RU"/>
        </w:rPr>
      </w:pPr>
      <w:r w:rsidRPr="0070234E">
        <w:rPr>
          <w:lang w:val="ru-RU"/>
        </w:rPr>
        <w:t>природный материал: шишки, жёлуди, листья, ветки, ракушки;</w:t>
      </w:r>
    </w:p>
    <w:p w14:paraId="77C84108" w14:textId="77777777" w:rsidR="00E66AFB" w:rsidRPr="0070234E" w:rsidRDefault="00000000">
      <w:pPr>
        <w:pStyle w:val="a0"/>
        <w:ind w:firstLine="0"/>
        <w:rPr>
          <w:lang w:val="ru-RU"/>
        </w:rPr>
      </w:pPr>
      <w:r w:rsidRPr="0070234E">
        <w:rPr>
          <w:lang w:val="ru-RU"/>
        </w:rPr>
        <w:t>вспомогательные материалы: свечи, соль, фольга, салфетки, трубочки;</w:t>
      </w:r>
    </w:p>
    <w:p w14:paraId="5873CF82" w14:textId="77777777" w:rsidR="00E66AFB" w:rsidRPr="0070234E" w:rsidRDefault="00000000">
      <w:pPr>
        <w:pStyle w:val="a0"/>
        <w:ind w:firstLine="0"/>
        <w:rPr>
          <w:lang w:val="ru-RU"/>
        </w:rPr>
      </w:pPr>
      <w:r w:rsidRPr="0070234E">
        <w:rPr>
          <w:lang w:val="ru-RU"/>
        </w:rPr>
        <w:t>инструменты: ножницы (с закруглёнными концами), клей ПВА, клеёнки, подставки.</w:t>
      </w:r>
    </w:p>
    <w:p w14:paraId="6DEC94F3" w14:textId="77777777" w:rsidR="00E66AFB" w:rsidRDefault="00000000">
      <w:pPr>
        <w:spacing w:before="240"/>
      </w:pPr>
      <w:proofErr w:type="spellStart"/>
      <w:r>
        <w:rPr>
          <w:b/>
          <w:sz w:val="26"/>
        </w:rPr>
        <w:t>Методические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приёмы</w:t>
      </w:r>
      <w:proofErr w:type="spellEnd"/>
    </w:p>
    <w:p w14:paraId="281B2F9B" w14:textId="77777777" w:rsidR="00E66AFB" w:rsidRPr="0070234E" w:rsidRDefault="00000000">
      <w:pPr>
        <w:pStyle w:val="a0"/>
        <w:ind w:firstLine="0"/>
        <w:rPr>
          <w:lang w:val="ru-RU"/>
        </w:rPr>
      </w:pPr>
      <w:r w:rsidRPr="0070234E">
        <w:rPr>
          <w:lang w:val="ru-RU"/>
        </w:rPr>
        <w:t>наглядные: показ образца, рассматривание иллюстраций, репродукций картин;</w:t>
      </w:r>
    </w:p>
    <w:p w14:paraId="35FE1491" w14:textId="77777777" w:rsidR="00E66AFB" w:rsidRPr="0070234E" w:rsidRDefault="00000000">
      <w:pPr>
        <w:pStyle w:val="a0"/>
        <w:ind w:firstLine="0"/>
        <w:rPr>
          <w:lang w:val="ru-RU"/>
        </w:rPr>
      </w:pPr>
      <w:r w:rsidRPr="0070234E">
        <w:rPr>
          <w:lang w:val="ru-RU"/>
        </w:rPr>
        <w:t>словесные: объяснение, беседа, художественное слово, загадки;</w:t>
      </w:r>
    </w:p>
    <w:p w14:paraId="6F67CE8C" w14:textId="77777777" w:rsidR="00E66AFB" w:rsidRPr="0070234E" w:rsidRDefault="00000000">
      <w:pPr>
        <w:pStyle w:val="a0"/>
        <w:ind w:firstLine="0"/>
        <w:rPr>
          <w:lang w:val="ru-RU"/>
        </w:rPr>
      </w:pPr>
      <w:r w:rsidRPr="0070234E">
        <w:rPr>
          <w:lang w:val="ru-RU"/>
        </w:rPr>
        <w:t>практические: совместное выполнение, самостоятельная работа, экспериментирование;</w:t>
      </w:r>
    </w:p>
    <w:p w14:paraId="7C6BC2D2" w14:textId="77777777" w:rsidR="00E66AFB" w:rsidRPr="0070234E" w:rsidRDefault="00000000">
      <w:pPr>
        <w:pStyle w:val="a0"/>
        <w:ind w:firstLine="0"/>
        <w:rPr>
          <w:lang w:val="ru-RU"/>
        </w:rPr>
      </w:pPr>
      <w:r w:rsidRPr="0070234E">
        <w:rPr>
          <w:lang w:val="ru-RU"/>
        </w:rPr>
        <w:t>игровые: игровые ситуации, дидактические игры, сюрпризные моменты.</w:t>
      </w:r>
    </w:p>
    <w:p w14:paraId="4D1DFD21" w14:textId="77777777" w:rsidR="00E66AFB" w:rsidRDefault="00000000">
      <w:pPr>
        <w:spacing w:before="240"/>
      </w:pPr>
      <w:proofErr w:type="spellStart"/>
      <w:r>
        <w:rPr>
          <w:b/>
          <w:sz w:val="26"/>
        </w:rPr>
        <w:t>Формы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подведения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итогов</w:t>
      </w:r>
      <w:proofErr w:type="spellEnd"/>
    </w:p>
    <w:p w14:paraId="1284CB29" w14:textId="77777777" w:rsidR="00E66AFB" w:rsidRPr="0070234E" w:rsidRDefault="00000000">
      <w:pPr>
        <w:pStyle w:val="a0"/>
        <w:ind w:firstLine="0"/>
        <w:rPr>
          <w:lang w:val="ru-RU"/>
        </w:rPr>
      </w:pPr>
      <w:r w:rsidRPr="0070234E">
        <w:rPr>
          <w:lang w:val="ru-RU"/>
        </w:rPr>
        <w:t>выставки детских работ (тематические, сезонные, итоговая);</w:t>
      </w:r>
    </w:p>
    <w:p w14:paraId="0B729427" w14:textId="77777777" w:rsidR="00E66AFB" w:rsidRPr="0070234E" w:rsidRDefault="00000000">
      <w:pPr>
        <w:pStyle w:val="a0"/>
        <w:ind w:firstLine="0"/>
        <w:rPr>
          <w:lang w:val="ru-RU"/>
        </w:rPr>
      </w:pPr>
      <w:r w:rsidRPr="0070234E">
        <w:rPr>
          <w:lang w:val="ru-RU"/>
        </w:rPr>
        <w:t>педагогическое наблюдение и фиксация результатов;</w:t>
      </w:r>
    </w:p>
    <w:p w14:paraId="45AA4EBF" w14:textId="77777777" w:rsidR="00E66AFB" w:rsidRDefault="00000000">
      <w:pPr>
        <w:pStyle w:val="a0"/>
        <w:ind w:firstLine="0"/>
      </w:pPr>
      <w:proofErr w:type="spellStart"/>
      <w:r>
        <w:t>творческие</w:t>
      </w:r>
      <w:proofErr w:type="spellEnd"/>
      <w:r>
        <w:t xml:space="preserve"> </w:t>
      </w:r>
      <w:proofErr w:type="spellStart"/>
      <w:r>
        <w:t>отчёты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родителей</w:t>
      </w:r>
      <w:proofErr w:type="spellEnd"/>
      <w:r>
        <w:t>;</w:t>
      </w:r>
    </w:p>
    <w:p w14:paraId="319BC02B" w14:textId="77777777" w:rsidR="00E66AFB" w:rsidRPr="0070234E" w:rsidRDefault="00000000">
      <w:pPr>
        <w:pStyle w:val="a0"/>
        <w:ind w:firstLine="0"/>
        <w:rPr>
          <w:lang w:val="ru-RU"/>
        </w:rPr>
      </w:pPr>
      <w:r w:rsidRPr="0070234E">
        <w:rPr>
          <w:lang w:val="ru-RU"/>
        </w:rPr>
        <w:t>участие в конкурсах детского творчества.</w:t>
      </w:r>
    </w:p>
    <w:p w14:paraId="3F27EFBD" w14:textId="77777777" w:rsidR="00E66AFB" w:rsidRPr="0070234E" w:rsidRDefault="00000000">
      <w:pPr>
        <w:rPr>
          <w:lang w:val="ru-RU"/>
        </w:rPr>
      </w:pPr>
      <w:r w:rsidRPr="0070234E">
        <w:rPr>
          <w:lang w:val="ru-RU"/>
        </w:rPr>
        <w:br w:type="page"/>
      </w:r>
    </w:p>
    <w:p w14:paraId="7A24EF63" w14:textId="77777777" w:rsidR="00E66AFB" w:rsidRDefault="00000000">
      <w:pPr>
        <w:spacing w:before="240"/>
        <w:jc w:val="center"/>
      </w:pPr>
      <w:r>
        <w:rPr>
          <w:b/>
          <w:sz w:val="28"/>
        </w:rPr>
        <w:lastRenderedPageBreak/>
        <w:t>ПЛАНИРУЕМЫЕ РЕЗУЛЬТАТЫ</w:t>
      </w:r>
    </w:p>
    <w:p w14:paraId="76009EF9" w14:textId="77777777" w:rsidR="00E66AFB" w:rsidRDefault="00000000">
      <w:pPr>
        <w:spacing w:before="240"/>
      </w:pPr>
      <w:proofErr w:type="spellStart"/>
      <w:r>
        <w:rPr>
          <w:b/>
          <w:sz w:val="26"/>
        </w:rPr>
        <w:t>Предметные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результаты</w:t>
      </w:r>
      <w:proofErr w:type="spellEnd"/>
    </w:p>
    <w:p w14:paraId="10DFB9F6" w14:textId="77777777" w:rsidR="00E66AFB" w:rsidRPr="0070234E" w:rsidRDefault="00000000" w:rsidP="0070234E">
      <w:pPr>
        <w:pStyle w:val="a"/>
        <w:numPr>
          <w:ilvl w:val="0"/>
          <w:numId w:val="10"/>
        </w:numPr>
        <w:jc w:val="both"/>
        <w:rPr>
          <w:lang w:val="ru-RU"/>
        </w:rPr>
      </w:pPr>
      <w:r w:rsidRPr="0070234E">
        <w:rPr>
          <w:lang w:val="ru-RU"/>
        </w:rPr>
        <w:t>владеет не менее чем 8 нетрадиционными техниками рисования;</w:t>
      </w:r>
    </w:p>
    <w:p w14:paraId="71EDBD73" w14:textId="77777777" w:rsidR="00E66AFB" w:rsidRPr="0070234E" w:rsidRDefault="00000000" w:rsidP="0070234E">
      <w:pPr>
        <w:pStyle w:val="a"/>
        <w:ind w:firstLine="0"/>
        <w:jc w:val="both"/>
        <w:rPr>
          <w:lang w:val="ru-RU"/>
        </w:rPr>
      </w:pPr>
      <w:r w:rsidRPr="0070234E">
        <w:rPr>
          <w:lang w:val="ru-RU"/>
        </w:rPr>
        <w:t>умеет лепить из глины предметы, фигуры животных и человека в скульптурной и рельефной технике;</w:t>
      </w:r>
    </w:p>
    <w:p w14:paraId="4889CFA0" w14:textId="77777777" w:rsidR="00E66AFB" w:rsidRPr="0070234E" w:rsidRDefault="00000000" w:rsidP="0070234E">
      <w:pPr>
        <w:pStyle w:val="a"/>
        <w:ind w:firstLine="0"/>
        <w:jc w:val="both"/>
        <w:rPr>
          <w:lang w:val="ru-RU"/>
        </w:rPr>
      </w:pPr>
      <w:r w:rsidRPr="0070234E">
        <w:rPr>
          <w:lang w:val="ru-RU"/>
        </w:rPr>
        <w:t>умеет изготавливать поделки из ткани, природного и бросового материала;</w:t>
      </w:r>
    </w:p>
    <w:p w14:paraId="69EF07DC" w14:textId="77777777" w:rsidR="00E66AFB" w:rsidRPr="0070234E" w:rsidRDefault="00000000" w:rsidP="0070234E">
      <w:pPr>
        <w:pStyle w:val="a"/>
        <w:ind w:firstLine="0"/>
        <w:jc w:val="both"/>
        <w:rPr>
          <w:lang w:val="ru-RU"/>
        </w:rPr>
      </w:pPr>
      <w:r w:rsidRPr="0070234E">
        <w:rPr>
          <w:lang w:val="ru-RU"/>
        </w:rPr>
        <w:t>выполняет различные виды аппликации (обрывную, силуэтную, объёмную, коллективную);</w:t>
      </w:r>
    </w:p>
    <w:p w14:paraId="120D81DB" w14:textId="77777777" w:rsidR="00E66AFB" w:rsidRPr="0070234E" w:rsidRDefault="00000000" w:rsidP="0070234E">
      <w:pPr>
        <w:pStyle w:val="a"/>
        <w:ind w:firstLine="0"/>
        <w:jc w:val="both"/>
        <w:rPr>
          <w:lang w:val="ru-RU"/>
        </w:rPr>
      </w:pPr>
      <w:r w:rsidRPr="0070234E">
        <w:rPr>
          <w:lang w:val="ru-RU"/>
        </w:rPr>
        <w:t>знает элементы татарского декоративно-прикладного искусства (орнамент «тюльпан»);</w:t>
      </w:r>
    </w:p>
    <w:p w14:paraId="2B3B567F" w14:textId="77777777" w:rsidR="00E66AFB" w:rsidRPr="0070234E" w:rsidRDefault="00000000" w:rsidP="0070234E">
      <w:pPr>
        <w:pStyle w:val="a"/>
        <w:ind w:firstLine="0"/>
        <w:jc w:val="both"/>
        <w:rPr>
          <w:lang w:val="ru-RU"/>
        </w:rPr>
      </w:pPr>
      <w:r w:rsidRPr="0070234E">
        <w:rPr>
          <w:lang w:val="ru-RU"/>
        </w:rPr>
        <w:t>соблюдает правила безопасной работы с инструментами и материалами.</w:t>
      </w:r>
    </w:p>
    <w:p w14:paraId="1E7218DC" w14:textId="77777777" w:rsidR="00E66AFB" w:rsidRDefault="00000000" w:rsidP="0070234E">
      <w:pPr>
        <w:spacing w:before="240"/>
        <w:jc w:val="both"/>
      </w:pPr>
      <w:proofErr w:type="spellStart"/>
      <w:r>
        <w:rPr>
          <w:b/>
          <w:sz w:val="26"/>
        </w:rPr>
        <w:t>Метапредметные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результаты</w:t>
      </w:r>
      <w:proofErr w:type="spellEnd"/>
    </w:p>
    <w:p w14:paraId="1A3077C8" w14:textId="77777777" w:rsidR="00E66AFB" w:rsidRPr="0070234E" w:rsidRDefault="00000000" w:rsidP="0070234E">
      <w:pPr>
        <w:pStyle w:val="a"/>
        <w:ind w:firstLine="0"/>
        <w:jc w:val="both"/>
        <w:rPr>
          <w:lang w:val="ru-RU"/>
        </w:rPr>
      </w:pPr>
      <w:r w:rsidRPr="0070234E">
        <w:rPr>
          <w:lang w:val="ru-RU"/>
        </w:rPr>
        <w:t>умеет планировать свою работу, подбирать материалы и инструменты;</w:t>
      </w:r>
    </w:p>
    <w:p w14:paraId="506FEE8D" w14:textId="77777777" w:rsidR="00E66AFB" w:rsidRPr="0070234E" w:rsidRDefault="00000000" w:rsidP="0070234E">
      <w:pPr>
        <w:pStyle w:val="a"/>
        <w:ind w:firstLine="0"/>
        <w:jc w:val="both"/>
        <w:rPr>
          <w:lang w:val="ru-RU"/>
        </w:rPr>
      </w:pPr>
      <w:r w:rsidRPr="0070234E">
        <w:rPr>
          <w:lang w:val="ru-RU"/>
        </w:rPr>
        <w:t>может работать по образцу и по собственному замыслу;</w:t>
      </w:r>
    </w:p>
    <w:p w14:paraId="711F6838" w14:textId="77777777" w:rsidR="00E66AFB" w:rsidRPr="0070234E" w:rsidRDefault="00000000" w:rsidP="0070234E">
      <w:pPr>
        <w:pStyle w:val="a"/>
        <w:ind w:firstLine="0"/>
        <w:jc w:val="both"/>
        <w:rPr>
          <w:lang w:val="ru-RU"/>
        </w:rPr>
      </w:pPr>
      <w:r w:rsidRPr="0070234E">
        <w:rPr>
          <w:lang w:val="ru-RU"/>
        </w:rPr>
        <w:t>способен видеть красоту в окружающем мире и передавать её в творчестве;</w:t>
      </w:r>
    </w:p>
    <w:p w14:paraId="5CEE13BE" w14:textId="77777777" w:rsidR="00E66AFB" w:rsidRPr="0070234E" w:rsidRDefault="00000000" w:rsidP="0070234E">
      <w:pPr>
        <w:pStyle w:val="a"/>
        <w:ind w:firstLine="0"/>
        <w:jc w:val="both"/>
        <w:rPr>
          <w:lang w:val="ru-RU"/>
        </w:rPr>
      </w:pPr>
      <w:r w:rsidRPr="0070234E">
        <w:rPr>
          <w:lang w:val="ru-RU"/>
        </w:rPr>
        <w:t>умеет работать в коллективе, договариваться, распределять роли.</w:t>
      </w:r>
    </w:p>
    <w:p w14:paraId="34785357" w14:textId="77777777" w:rsidR="00E66AFB" w:rsidRDefault="00000000" w:rsidP="0070234E">
      <w:pPr>
        <w:spacing w:before="240"/>
        <w:jc w:val="both"/>
      </w:pPr>
      <w:proofErr w:type="spellStart"/>
      <w:r>
        <w:rPr>
          <w:b/>
          <w:sz w:val="26"/>
        </w:rPr>
        <w:t>Личностные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результаты</w:t>
      </w:r>
      <w:proofErr w:type="spellEnd"/>
    </w:p>
    <w:p w14:paraId="0721F8FD" w14:textId="77777777" w:rsidR="00E66AFB" w:rsidRPr="0070234E" w:rsidRDefault="00000000" w:rsidP="0070234E">
      <w:pPr>
        <w:pStyle w:val="a"/>
        <w:ind w:firstLine="0"/>
        <w:jc w:val="both"/>
        <w:rPr>
          <w:lang w:val="ru-RU"/>
        </w:rPr>
      </w:pPr>
      <w:r w:rsidRPr="0070234E">
        <w:rPr>
          <w:lang w:val="ru-RU"/>
        </w:rPr>
        <w:t>проявляет интерес к декоративно-прикладному искусству;</w:t>
      </w:r>
    </w:p>
    <w:p w14:paraId="3D59C738" w14:textId="77777777" w:rsidR="00E66AFB" w:rsidRPr="0070234E" w:rsidRDefault="00000000" w:rsidP="0070234E">
      <w:pPr>
        <w:pStyle w:val="a"/>
        <w:ind w:firstLine="0"/>
        <w:jc w:val="both"/>
        <w:rPr>
          <w:lang w:val="ru-RU"/>
        </w:rPr>
      </w:pPr>
      <w:r w:rsidRPr="0070234E">
        <w:rPr>
          <w:lang w:val="ru-RU"/>
        </w:rPr>
        <w:t>испытывает радость от процесса и результата творчества;</w:t>
      </w:r>
    </w:p>
    <w:p w14:paraId="383C89DC" w14:textId="77777777" w:rsidR="00E66AFB" w:rsidRPr="0070234E" w:rsidRDefault="00000000" w:rsidP="0070234E">
      <w:pPr>
        <w:pStyle w:val="a"/>
        <w:ind w:firstLine="0"/>
        <w:jc w:val="both"/>
        <w:rPr>
          <w:lang w:val="ru-RU"/>
        </w:rPr>
      </w:pPr>
      <w:r w:rsidRPr="0070234E">
        <w:rPr>
          <w:lang w:val="ru-RU"/>
        </w:rPr>
        <w:t>бережно относится к материалам и результатам своего и чужого труда;</w:t>
      </w:r>
    </w:p>
    <w:p w14:paraId="05818096" w14:textId="77777777" w:rsidR="00E66AFB" w:rsidRPr="0070234E" w:rsidRDefault="00000000" w:rsidP="0070234E">
      <w:pPr>
        <w:pStyle w:val="a"/>
        <w:ind w:firstLine="0"/>
        <w:jc w:val="both"/>
        <w:rPr>
          <w:lang w:val="ru-RU"/>
        </w:rPr>
      </w:pPr>
      <w:r w:rsidRPr="0070234E">
        <w:rPr>
          <w:lang w:val="ru-RU"/>
        </w:rPr>
        <w:t>уважает народные традиции и культуру родного края.</w:t>
      </w:r>
    </w:p>
    <w:p w14:paraId="47F8A98F" w14:textId="77777777" w:rsidR="004F2450" w:rsidRDefault="004F2450">
      <w:pPr>
        <w:jc w:val="center"/>
        <w:rPr>
          <w:b/>
          <w:sz w:val="28"/>
          <w:lang w:val="ru-RU"/>
        </w:rPr>
      </w:pPr>
    </w:p>
    <w:p w14:paraId="542EAECB" w14:textId="7E0CB13F" w:rsidR="008369CD" w:rsidRPr="004F2450" w:rsidRDefault="00000000">
      <w:pPr>
        <w:jc w:val="center"/>
        <w:rPr>
          <w:lang w:val="ru-RU"/>
        </w:rPr>
      </w:pPr>
      <w:r w:rsidRPr="004F2450">
        <w:rPr>
          <w:b/>
          <w:sz w:val="28"/>
          <w:lang w:val="ru-RU"/>
        </w:rPr>
        <w:t>МОНИТОРИНГ КАЧЕСТВА ОСВОЕНИЯ ПРОГРАММЫ</w:t>
      </w:r>
    </w:p>
    <w:p w14:paraId="1DF47358" w14:textId="77777777" w:rsidR="008369CD" w:rsidRPr="004F2450" w:rsidRDefault="008369CD">
      <w:pPr>
        <w:rPr>
          <w:lang w:val="ru-RU"/>
        </w:rPr>
      </w:pPr>
    </w:p>
    <w:p w14:paraId="45F9C964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Мониторинг качества освоения программы проводится с целью определения уровня художественно-эстетического развития детей 6–7 лет, оценки эффективности реализации программы и корректировки образовательного процесса. Мониторинг носит диагностический характер и не преследует цели ранжирования детей.</w:t>
      </w:r>
    </w:p>
    <w:p w14:paraId="1AAFD3AD" w14:textId="77777777" w:rsidR="008369CD" w:rsidRPr="004F2450" w:rsidRDefault="008369CD">
      <w:pPr>
        <w:rPr>
          <w:lang w:val="ru-RU"/>
        </w:rPr>
      </w:pPr>
    </w:p>
    <w:p w14:paraId="66585F39" w14:textId="77777777" w:rsidR="008369CD" w:rsidRPr="004F2450" w:rsidRDefault="00000000">
      <w:pPr>
        <w:rPr>
          <w:lang w:val="ru-RU"/>
        </w:rPr>
      </w:pPr>
      <w:r w:rsidRPr="004F2450">
        <w:rPr>
          <w:b/>
          <w:sz w:val="26"/>
          <w:lang w:val="ru-RU"/>
        </w:rPr>
        <w:t>Сроки проведения мониторинга</w:t>
      </w:r>
    </w:p>
    <w:p w14:paraId="674A0391" w14:textId="3D25BCDA" w:rsidR="008369CD" w:rsidRPr="004F2450" w:rsidRDefault="00000000">
      <w:pPr>
        <w:rPr>
          <w:lang w:val="ru-RU"/>
        </w:rPr>
      </w:pPr>
      <w:r w:rsidRPr="004F2450">
        <w:rPr>
          <w:lang w:val="ru-RU"/>
        </w:rPr>
        <w:t xml:space="preserve">• Первичная диагностика — </w:t>
      </w:r>
      <w:r w:rsidR="004F2450">
        <w:rPr>
          <w:lang w:val="ru-RU"/>
        </w:rPr>
        <w:t>октябрь</w:t>
      </w:r>
      <w:r w:rsidRPr="004F2450">
        <w:rPr>
          <w:lang w:val="ru-RU"/>
        </w:rPr>
        <w:t xml:space="preserve"> (в начале учебного года). Цель: определение исходного уровня развития творческих способностей детей.</w:t>
      </w:r>
    </w:p>
    <w:p w14:paraId="1D77C72A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• Промежуточная диагностика — январь (в середине учебного года). Цель: выявление динамики развития, корректировка образовательного процесса.</w:t>
      </w:r>
    </w:p>
    <w:p w14:paraId="172068E8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lastRenderedPageBreak/>
        <w:t>• Итоговая диагностика — май (в конце учебного года). Цель: оценка результатов освоения программы, определение уровня достижения планируемых результатов.</w:t>
      </w:r>
    </w:p>
    <w:p w14:paraId="51654D2B" w14:textId="77777777" w:rsidR="008369CD" w:rsidRPr="004F2450" w:rsidRDefault="008369CD">
      <w:pPr>
        <w:rPr>
          <w:lang w:val="ru-RU"/>
        </w:rPr>
      </w:pPr>
    </w:p>
    <w:p w14:paraId="364E5000" w14:textId="77777777" w:rsidR="008369CD" w:rsidRPr="004F2450" w:rsidRDefault="00000000">
      <w:pPr>
        <w:rPr>
          <w:lang w:val="ru-RU"/>
        </w:rPr>
      </w:pPr>
      <w:r w:rsidRPr="004F2450">
        <w:rPr>
          <w:b/>
          <w:sz w:val="26"/>
          <w:lang w:val="ru-RU"/>
        </w:rPr>
        <w:t>Методы мониторинга</w:t>
      </w:r>
    </w:p>
    <w:p w14:paraId="755FE09F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1. Наблюдение за детьми в процессе художественно-творческой деятельности (на занятиях и в свободной деятельности).</w:t>
      </w:r>
    </w:p>
    <w:p w14:paraId="7A391EAE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2. Анализ продуктов детской деятельности (рисунков, лепных работ, поделок, аппликаций).</w:t>
      </w:r>
    </w:p>
    <w:p w14:paraId="7C5B0134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3. Творческие задания (диагностические рисунки, лепка по замыслу, аппликация на заданную тему).</w:t>
      </w:r>
    </w:p>
    <w:p w14:paraId="4A4A1BCE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4. Беседа с детьми (выявление знаний о видах искусства, материалах, техниках, интереса к творческой деятельности).</w:t>
      </w:r>
    </w:p>
    <w:p w14:paraId="181987AD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5. Анкетирование родителей (выявление отношения ребёнка к занятиям, изменений в его развитии, интереса к творчеству дома).</w:t>
      </w:r>
    </w:p>
    <w:p w14:paraId="2676C985" w14:textId="77777777" w:rsidR="008369CD" w:rsidRPr="004F2450" w:rsidRDefault="008369CD">
      <w:pPr>
        <w:rPr>
          <w:lang w:val="ru-RU"/>
        </w:rPr>
      </w:pPr>
    </w:p>
    <w:p w14:paraId="361DCCB5" w14:textId="77777777" w:rsidR="008369CD" w:rsidRPr="004F2450" w:rsidRDefault="00000000">
      <w:pPr>
        <w:rPr>
          <w:lang w:val="ru-RU"/>
        </w:rPr>
      </w:pPr>
      <w:r w:rsidRPr="004F2450">
        <w:rPr>
          <w:b/>
          <w:sz w:val="26"/>
          <w:lang w:val="ru-RU"/>
        </w:rPr>
        <w:t>Критерии и показатели оценки</w:t>
      </w:r>
    </w:p>
    <w:p w14:paraId="304309FB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Оценка качества освоения программы проводится по четырём разделам в соответствии с учебным планом. Для каждого раздела определены показатели и уровни освоения (высокий, средний, низкий).</w:t>
      </w:r>
    </w:p>
    <w:p w14:paraId="16E2ADF0" w14:textId="77777777" w:rsidR="008369CD" w:rsidRPr="004F2450" w:rsidRDefault="008369CD">
      <w:pPr>
        <w:rPr>
          <w:lang w:val="ru-RU"/>
        </w:rPr>
      </w:pPr>
    </w:p>
    <w:p w14:paraId="11379C2B" w14:textId="77777777" w:rsidR="008369CD" w:rsidRDefault="00000000">
      <w:proofErr w:type="spellStart"/>
      <w:r>
        <w:rPr>
          <w:b/>
        </w:rPr>
        <w:t>Раздел</w:t>
      </w:r>
      <w:proofErr w:type="spellEnd"/>
      <w:r>
        <w:rPr>
          <w:b/>
        </w:rPr>
        <w:t xml:space="preserve"> 1. </w:t>
      </w:r>
      <w:proofErr w:type="spellStart"/>
      <w:r>
        <w:rPr>
          <w:b/>
        </w:rPr>
        <w:t>Рисование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нетрадиционными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техниками</w:t>
      </w:r>
      <w:proofErr w:type="spellEnd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710"/>
        <w:gridCol w:w="2268"/>
        <w:gridCol w:w="2268"/>
        <w:gridCol w:w="2268"/>
        <w:gridCol w:w="2176"/>
      </w:tblGrid>
      <w:tr w:rsidR="008369CD" w14:paraId="0C0C765C" w14:textId="77777777" w:rsidTr="004F2450">
        <w:trPr>
          <w:jc w:val="center"/>
        </w:trPr>
        <w:tc>
          <w:tcPr>
            <w:tcW w:w="710" w:type="dxa"/>
          </w:tcPr>
          <w:p w14:paraId="1D6ED824" w14:textId="77777777" w:rsidR="008369CD" w:rsidRDefault="00000000">
            <w:pPr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2268" w:type="dxa"/>
          </w:tcPr>
          <w:p w14:paraId="4066B199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Показатель</w:t>
            </w:r>
            <w:proofErr w:type="spellEnd"/>
          </w:p>
        </w:tc>
        <w:tc>
          <w:tcPr>
            <w:tcW w:w="2268" w:type="dxa"/>
          </w:tcPr>
          <w:p w14:paraId="3EB8103A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Высокий</w:t>
            </w:r>
            <w:proofErr w:type="spellEnd"/>
          </w:p>
        </w:tc>
        <w:tc>
          <w:tcPr>
            <w:tcW w:w="2268" w:type="dxa"/>
          </w:tcPr>
          <w:p w14:paraId="36534C26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</w:p>
        </w:tc>
        <w:tc>
          <w:tcPr>
            <w:tcW w:w="2176" w:type="dxa"/>
          </w:tcPr>
          <w:p w14:paraId="349D27CB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Низкий</w:t>
            </w:r>
            <w:proofErr w:type="spellEnd"/>
          </w:p>
        </w:tc>
      </w:tr>
      <w:tr w:rsidR="008369CD" w:rsidRPr="004F2450" w14:paraId="7FAFB2C9" w14:textId="77777777" w:rsidTr="004F2450">
        <w:trPr>
          <w:jc w:val="center"/>
        </w:trPr>
        <w:tc>
          <w:tcPr>
            <w:tcW w:w="710" w:type="dxa"/>
          </w:tcPr>
          <w:p w14:paraId="55255234" w14:textId="77777777" w:rsidR="008369CD" w:rsidRDefault="00000000">
            <w:r>
              <w:rPr>
                <w:sz w:val="20"/>
              </w:rPr>
              <w:t>1</w:t>
            </w:r>
          </w:p>
        </w:tc>
        <w:tc>
          <w:tcPr>
            <w:tcW w:w="2268" w:type="dxa"/>
          </w:tcPr>
          <w:p w14:paraId="13CF8A3B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Владение нетрадиционными техниками (не менее 8)</w:t>
            </w:r>
          </w:p>
        </w:tc>
        <w:tc>
          <w:tcPr>
            <w:tcW w:w="2268" w:type="dxa"/>
          </w:tcPr>
          <w:p w14:paraId="1BF6BE25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Самостоятельно выбирает и применяет технику в соответствии с замыслом</w:t>
            </w:r>
          </w:p>
        </w:tc>
        <w:tc>
          <w:tcPr>
            <w:tcW w:w="2268" w:type="dxa"/>
          </w:tcPr>
          <w:p w14:paraId="63E95A92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Применяет технику с небольшой помощью педагога</w:t>
            </w:r>
          </w:p>
        </w:tc>
        <w:tc>
          <w:tcPr>
            <w:tcW w:w="2176" w:type="dxa"/>
          </w:tcPr>
          <w:p w14:paraId="0A4477AC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Использует технику только с помощью педагога, путает техники</w:t>
            </w:r>
          </w:p>
        </w:tc>
      </w:tr>
      <w:tr w:rsidR="008369CD" w:rsidRPr="004F2450" w14:paraId="0818A72A" w14:textId="77777777" w:rsidTr="004F2450">
        <w:trPr>
          <w:jc w:val="center"/>
        </w:trPr>
        <w:tc>
          <w:tcPr>
            <w:tcW w:w="710" w:type="dxa"/>
          </w:tcPr>
          <w:p w14:paraId="126AB6CB" w14:textId="77777777" w:rsidR="008369CD" w:rsidRDefault="00000000">
            <w:r>
              <w:rPr>
                <w:sz w:val="20"/>
              </w:rPr>
              <w:t>2</w:t>
            </w:r>
          </w:p>
        </w:tc>
        <w:tc>
          <w:tcPr>
            <w:tcW w:w="2268" w:type="dxa"/>
          </w:tcPr>
          <w:p w14:paraId="22F34145" w14:textId="77777777" w:rsidR="008369CD" w:rsidRDefault="00000000">
            <w:proofErr w:type="spellStart"/>
            <w:r>
              <w:rPr>
                <w:sz w:val="20"/>
              </w:rPr>
              <w:t>Композиция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цветовосприятие</w:t>
            </w:r>
            <w:proofErr w:type="spellEnd"/>
          </w:p>
        </w:tc>
        <w:tc>
          <w:tcPr>
            <w:tcW w:w="2268" w:type="dxa"/>
          </w:tcPr>
          <w:p w14:paraId="691BBE65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Создаёт выразительную композицию, подбирает гармоничные цвета</w:t>
            </w:r>
          </w:p>
        </w:tc>
        <w:tc>
          <w:tcPr>
            <w:tcW w:w="2268" w:type="dxa"/>
          </w:tcPr>
          <w:p w14:paraId="686409B9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Композиция простая, цвета подобраны с помощью педагога</w:t>
            </w:r>
          </w:p>
        </w:tc>
        <w:tc>
          <w:tcPr>
            <w:tcW w:w="2176" w:type="dxa"/>
          </w:tcPr>
          <w:p w14:paraId="60D5E0A9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Композиция не сформирована, цвета подобраны хаотично</w:t>
            </w:r>
          </w:p>
        </w:tc>
      </w:tr>
      <w:tr w:rsidR="008369CD" w:rsidRPr="004F2450" w14:paraId="7331488B" w14:textId="77777777" w:rsidTr="004F2450">
        <w:trPr>
          <w:jc w:val="center"/>
        </w:trPr>
        <w:tc>
          <w:tcPr>
            <w:tcW w:w="710" w:type="dxa"/>
          </w:tcPr>
          <w:p w14:paraId="34D19BB9" w14:textId="77777777" w:rsidR="008369CD" w:rsidRDefault="00000000">
            <w:r>
              <w:rPr>
                <w:sz w:val="20"/>
              </w:rPr>
              <w:t>3</w:t>
            </w:r>
          </w:p>
        </w:tc>
        <w:tc>
          <w:tcPr>
            <w:tcW w:w="2268" w:type="dxa"/>
          </w:tcPr>
          <w:p w14:paraId="684FDB27" w14:textId="77777777" w:rsidR="008369CD" w:rsidRDefault="00000000">
            <w:proofErr w:type="spellStart"/>
            <w:r>
              <w:rPr>
                <w:sz w:val="20"/>
              </w:rPr>
              <w:t>Творческая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самостоятельность</w:t>
            </w:r>
            <w:proofErr w:type="spellEnd"/>
          </w:p>
        </w:tc>
        <w:tc>
          <w:tcPr>
            <w:tcW w:w="2268" w:type="dxa"/>
          </w:tcPr>
          <w:p w14:paraId="5A9743EE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Работает по собственному замыслу, вносит дополнения</w:t>
            </w:r>
          </w:p>
        </w:tc>
        <w:tc>
          <w:tcPr>
            <w:tcW w:w="2268" w:type="dxa"/>
          </w:tcPr>
          <w:p w14:paraId="7815D65A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Работает по образцу, вносит незначительные изменения</w:t>
            </w:r>
          </w:p>
        </w:tc>
        <w:tc>
          <w:tcPr>
            <w:tcW w:w="2176" w:type="dxa"/>
          </w:tcPr>
          <w:p w14:paraId="78CD332D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Требует постоянного руководства, не проявляет инициативы</w:t>
            </w:r>
          </w:p>
        </w:tc>
      </w:tr>
    </w:tbl>
    <w:p w14:paraId="44B8FECC" w14:textId="77777777" w:rsidR="008369CD" w:rsidRPr="004F2450" w:rsidRDefault="008369CD">
      <w:pPr>
        <w:rPr>
          <w:lang w:val="ru-RU"/>
        </w:rPr>
      </w:pPr>
    </w:p>
    <w:p w14:paraId="0813AD28" w14:textId="77777777" w:rsidR="008369CD" w:rsidRDefault="00000000">
      <w:proofErr w:type="spellStart"/>
      <w:r>
        <w:rPr>
          <w:b/>
        </w:rPr>
        <w:t>Раздел</w:t>
      </w:r>
      <w:proofErr w:type="spellEnd"/>
      <w:r>
        <w:rPr>
          <w:b/>
        </w:rPr>
        <w:t xml:space="preserve"> 2. </w:t>
      </w:r>
      <w:proofErr w:type="spellStart"/>
      <w:r>
        <w:rPr>
          <w:b/>
        </w:rPr>
        <w:t>Лепка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глины</w:t>
      </w:r>
      <w:proofErr w:type="spellEnd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710"/>
        <w:gridCol w:w="2268"/>
        <w:gridCol w:w="2268"/>
        <w:gridCol w:w="2268"/>
        <w:gridCol w:w="2176"/>
      </w:tblGrid>
      <w:tr w:rsidR="008369CD" w14:paraId="4BB01F5E" w14:textId="77777777" w:rsidTr="004F2450">
        <w:trPr>
          <w:jc w:val="center"/>
        </w:trPr>
        <w:tc>
          <w:tcPr>
            <w:tcW w:w="710" w:type="dxa"/>
          </w:tcPr>
          <w:p w14:paraId="75E69139" w14:textId="77777777" w:rsidR="008369CD" w:rsidRDefault="00000000">
            <w:pPr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2268" w:type="dxa"/>
          </w:tcPr>
          <w:p w14:paraId="295E32AB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Показатель</w:t>
            </w:r>
            <w:proofErr w:type="spellEnd"/>
          </w:p>
        </w:tc>
        <w:tc>
          <w:tcPr>
            <w:tcW w:w="2268" w:type="dxa"/>
          </w:tcPr>
          <w:p w14:paraId="1DCA8072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Высокий</w:t>
            </w:r>
            <w:proofErr w:type="spellEnd"/>
          </w:p>
        </w:tc>
        <w:tc>
          <w:tcPr>
            <w:tcW w:w="2268" w:type="dxa"/>
          </w:tcPr>
          <w:p w14:paraId="7CAE6356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</w:p>
        </w:tc>
        <w:tc>
          <w:tcPr>
            <w:tcW w:w="2176" w:type="dxa"/>
          </w:tcPr>
          <w:p w14:paraId="4925D6D9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Низкий</w:t>
            </w:r>
            <w:proofErr w:type="spellEnd"/>
          </w:p>
        </w:tc>
      </w:tr>
      <w:tr w:rsidR="008369CD" w:rsidRPr="004F2450" w14:paraId="6B989A9A" w14:textId="77777777" w:rsidTr="004F2450">
        <w:trPr>
          <w:jc w:val="center"/>
        </w:trPr>
        <w:tc>
          <w:tcPr>
            <w:tcW w:w="710" w:type="dxa"/>
          </w:tcPr>
          <w:p w14:paraId="3EB03F80" w14:textId="77777777" w:rsidR="008369CD" w:rsidRDefault="00000000">
            <w:r>
              <w:rPr>
                <w:sz w:val="20"/>
              </w:rPr>
              <w:t>1</w:t>
            </w:r>
          </w:p>
        </w:tc>
        <w:tc>
          <w:tcPr>
            <w:tcW w:w="2268" w:type="dxa"/>
          </w:tcPr>
          <w:p w14:paraId="0A80EFFD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 xml:space="preserve">Владение приёмами лепки (скатывание, сплющивание, </w:t>
            </w:r>
            <w:r w:rsidRPr="004F2450">
              <w:rPr>
                <w:sz w:val="20"/>
                <w:lang w:val="ru-RU"/>
              </w:rPr>
              <w:lastRenderedPageBreak/>
              <w:t xml:space="preserve">оттягивание, </w:t>
            </w:r>
            <w:proofErr w:type="spellStart"/>
            <w:r w:rsidRPr="004F2450">
              <w:rPr>
                <w:sz w:val="20"/>
                <w:lang w:val="ru-RU"/>
              </w:rPr>
              <w:t>примазывание</w:t>
            </w:r>
            <w:proofErr w:type="spellEnd"/>
            <w:r w:rsidRPr="004F2450">
              <w:rPr>
                <w:sz w:val="20"/>
                <w:lang w:val="ru-RU"/>
              </w:rPr>
              <w:t>)</w:t>
            </w:r>
          </w:p>
        </w:tc>
        <w:tc>
          <w:tcPr>
            <w:tcW w:w="2268" w:type="dxa"/>
          </w:tcPr>
          <w:p w14:paraId="0F837243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lastRenderedPageBreak/>
              <w:t xml:space="preserve">Самостоятельно применяет все приёмы, передаёт форму и </w:t>
            </w:r>
            <w:r w:rsidRPr="004F2450">
              <w:rPr>
                <w:sz w:val="20"/>
                <w:lang w:val="ru-RU"/>
              </w:rPr>
              <w:lastRenderedPageBreak/>
              <w:t>пропорции</w:t>
            </w:r>
          </w:p>
        </w:tc>
        <w:tc>
          <w:tcPr>
            <w:tcW w:w="2268" w:type="dxa"/>
          </w:tcPr>
          <w:p w14:paraId="40C33467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lastRenderedPageBreak/>
              <w:t xml:space="preserve">Применяет приёмы с небольшой помощью, форма передана </w:t>
            </w:r>
            <w:r w:rsidRPr="004F2450">
              <w:rPr>
                <w:sz w:val="20"/>
                <w:lang w:val="ru-RU"/>
              </w:rPr>
              <w:lastRenderedPageBreak/>
              <w:t>приблизительно</w:t>
            </w:r>
          </w:p>
        </w:tc>
        <w:tc>
          <w:tcPr>
            <w:tcW w:w="2176" w:type="dxa"/>
          </w:tcPr>
          <w:p w14:paraId="1BBE38E0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lastRenderedPageBreak/>
              <w:t>Владеет 1–2 приёмами, форма передана искажённо</w:t>
            </w:r>
          </w:p>
        </w:tc>
      </w:tr>
      <w:tr w:rsidR="008369CD" w:rsidRPr="004F2450" w14:paraId="75FEF4E6" w14:textId="77777777" w:rsidTr="004F2450">
        <w:trPr>
          <w:jc w:val="center"/>
        </w:trPr>
        <w:tc>
          <w:tcPr>
            <w:tcW w:w="710" w:type="dxa"/>
          </w:tcPr>
          <w:p w14:paraId="586FECBF" w14:textId="77777777" w:rsidR="008369CD" w:rsidRDefault="00000000">
            <w:r>
              <w:rPr>
                <w:sz w:val="20"/>
              </w:rPr>
              <w:t>2</w:t>
            </w:r>
          </w:p>
        </w:tc>
        <w:tc>
          <w:tcPr>
            <w:tcW w:w="2268" w:type="dxa"/>
          </w:tcPr>
          <w:p w14:paraId="58DA3D51" w14:textId="77777777" w:rsidR="008369CD" w:rsidRDefault="00000000">
            <w:proofErr w:type="spellStart"/>
            <w:r>
              <w:rPr>
                <w:sz w:val="20"/>
              </w:rPr>
              <w:t>Скульптурная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рельефная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лепка</w:t>
            </w:r>
            <w:proofErr w:type="spellEnd"/>
          </w:p>
        </w:tc>
        <w:tc>
          <w:tcPr>
            <w:tcW w:w="2268" w:type="dxa"/>
          </w:tcPr>
          <w:p w14:paraId="476F35C6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Создаёт выразительные объёмные и рельефные изображения</w:t>
            </w:r>
          </w:p>
        </w:tc>
        <w:tc>
          <w:tcPr>
            <w:tcW w:w="2268" w:type="dxa"/>
          </w:tcPr>
          <w:p w14:paraId="106ED59C" w14:textId="77777777" w:rsidR="008369CD" w:rsidRDefault="00000000">
            <w:proofErr w:type="spellStart"/>
            <w:r>
              <w:rPr>
                <w:sz w:val="20"/>
              </w:rPr>
              <w:t>Создаёт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простые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объёмные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изображения</w:t>
            </w:r>
            <w:proofErr w:type="spellEnd"/>
          </w:p>
        </w:tc>
        <w:tc>
          <w:tcPr>
            <w:tcW w:w="2176" w:type="dxa"/>
          </w:tcPr>
          <w:p w14:paraId="07056BA3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Испытывает затруднения в создании объёма</w:t>
            </w:r>
          </w:p>
        </w:tc>
      </w:tr>
      <w:tr w:rsidR="008369CD" w:rsidRPr="004F2450" w14:paraId="72913CCE" w14:textId="77777777" w:rsidTr="004F2450">
        <w:trPr>
          <w:jc w:val="center"/>
        </w:trPr>
        <w:tc>
          <w:tcPr>
            <w:tcW w:w="710" w:type="dxa"/>
          </w:tcPr>
          <w:p w14:paraId="51060D98" w14:textId="77777777" w:rsidR="008369CD" w:rsidRDefault="00000000">
            <w:r>
              <w:rPr>
                <w:sz w:val="20"/>
              </w:rPr>
              <w:t>3</w:t>
            </w:r>
          </w:p>
        </w:tc>
        <w:tc>
          <w:tcPr>
            <w:tcW w:w="2268" w:type="dxa"/>
          </w:tcPr>
          <w:p w14:paraId="70446BBD" w14:textId="77777777" w:rsidR="008369CD" w:rsidRDefault="00000000">
            <w:proofErr w:type="spellStart"/>
            <w:r>
              <w:rPr>
                <w:sz w:val="20"/>
              </w:rPr>
              <w:t>Декоративное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оформление</w:t>
            </w:r>
            <w:proofErr w:type="spellEnd"/>
          </w:p>
        </w:tc>
        <w:tc>
          <w:tcPr>
            <w:tcW w:w="2268" w:type="dxa"/>
          </w:tcPr>
          <w:p w14:paraId="0BE6249B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Самостоятельно украшает работу узором, орнаментом</w:t>
            </w:r>
          </w:p>
        </w:tc>
        <w:tc>
          <w:tcPr>
            <w:tcW w:w="2268" w:type="dxa"/>
          </w:tcPr>
          <w:p w14:paraId="1716F400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Украшает работу по предложенному образцу</w:t>
            </w:r>
          </w:p>
        </w:tc>
        <w:tc>
          <w:tcPr>
            <w:tcW w:w="2176" w:type="dxa"/>
          </w:tcPr>
          <w:p w14:paraId="669B657C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Не украшает работу или делает это неаккуратно</w:t>
            </w:r>
          </w:p>
        </w:tc>
      </w:tr>
    </w:tbl>
    <w:p w14:paraId="48D6A737" w14:textId="77777777" w:rsidR="008369CD" w:rsidRPr="004F2450" w:rsidRDefault="008369CD">
      <w:pPr>
        <w:rPr>
          <w:lang w:val="ru-RU"/>
        </w:rPr>
      </w:pPr>
    </w:p>
    <w:p w14:paraId="6DD9D6E6" w14:textId="77777777" w:rsidR="008369CD" w:rsidRPr="004F2450" w:rsidRDefault="00000000">
      <w:pPr>
        <w:rPr>
          <w:lang w:val="ru-RU"/>
        </w:rPr>
      </w:pPr>
      <w:r w:rsidRPr="004F2450">
        <w:rPr>
          <w:b/>
          <w:lang w:val="ru-RU"/>
        </w:rPr>
        <w:t>Раздел 3. Ручной труд из различных материалов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710"/>
        <w:gridCol w:w="2268"/>
        <w:gridCol w:w="2268"/>
        <w:gridCol w:w="2268"/>
        <w:gridCol w:w="2176"/>
      </w:tblGrid>
      <w:tr w:rsidR="008369CD" w14:paraId="4A7966C2" w14:textId="77777777" w:rsidTr="004F2450">
        <w:trPr>
          <w:jc w:val="center"/>
        </w:trPr>
        <w:tc>
          <w:tcPr>
            <w:tcW w:w="710" w:type="dxa"/>
          </w:tcPr>
          <w:p w14:paraId="5916214D" w14:textId="77777777" w:rsidR="008369CD" w:rsidRDefault="00000000">
            <w:pPr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2268" w:type="dxa"/>
          </w:tcPr>
          <w:p w14:paraId="4108689B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Показатель</w:t>
            </w:r>
            <w:proofErr w:type="spellEnd"/>
          </w:p>
        </w:tc>
        <w:tc>
          <w:tcPr>
            <w:tcW w:w="2268" w:type="dxa"/>
          </w:tcPr>
          <w:p w14:paraId="7AA1CFC8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Высокий</w:t>
            </w:r>
            <w:proofErr w:type="spellEnd"/>
          </w:p>
        </w:tc>
        <w:tc>
          <w:tcPr>
            <w:tcW w:w="2268" w:type="dxa"/>
          </w:tcPr>
          <w:p w14:paraId="2CAD24D1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</w:p>
        </w:tc>
        <w:tc>
          <w:tcPr>
            <w:tcW w:w="2176" w:type="dxa"/>
          </w:tcPr>
          <w:p w14:paraId="096A34D4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Низкий</w:t>
            </w:r>
            <w:proofErr w:type="spellEnd"/>
          </w:p>
        </w:tc>
      </w:tr>
      <w:tr w:rsidR="008369CD" w:rsidRPr="004F2450" w14:paraId="60645CB6" w14:textId="77777777" w:rsidTr="004F2450">
        <w:trPr>
          <w:jc w:val="center"/>
        </w:trPr>
        <w:tc>
          <w:tcPr>
            <w:tcW w:w="710" w:type="dxa"/>
          </w:tcPr>
          <w:p w14:paraId="2E67EDBB" w14:textId="77777777" w:rsidR="008369CD" w:rsidRDefault="00000000">
            <w:r>
              <w:rPr>
                <w:sz w:val="20"/>
              </w:rPr>
              <w:t>1</w:t>
            </w:r>
          </w:p>
        </w:tc>
        <w:tc>
          <w:tcPr>
            <w:tcW w:w="2268" w:type="dxa"/>
          </w:tcPr>
          <w:p w14:paraId="6417DCD3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Работа с тканью (вырезание, скручивание, сшивание)</w:t>
            </w:r>
          </w:p>
        </w:tc>
        <w:tc>
          <w:tcPr>
            <w:tcW w:w="2268" w:type="dxa"/>
          </w:tcPr>
          <w:p w14:paraId="027F65D8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Самостоятельно работает с тканью, создаёт поделку аккуратно</w:t>
            </w:r>
          </w:p>
        </w:tc>
        <w:tc>
          <w:tcPr>
            <w:tcW w:w="2268" w:type="dxa"/>
          </w:tcPr>
          <w:p w14:paraId="6C72C51D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Работает с тканью с помощью педагога, поделка достаточно аккуратна</w:t>
            </w:r>
          </w:p>
        </w:tc>
        <w:tc>
          <w:tcPr>
            <w:tcW w:w="2176" w:type="dxa"/>
          </w:tcPr>
          <w:p w14:paraId="0A00EBD7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Не владеет приёмами работы с тканью, работа небрежна</w:t>
            </w:r>
          </w:p>
        </w:tc>
      </w:tr>
      <w:tr w:rsidR="008369CD" w:rsidRPr="004F2450" w14:paraId="673E062C" w14:textId="77777777" w:rsidTr="004F2450">
        <w:trPr>
          <w:jc w:val="center"/>
        </w:trPr>
        <w:tc>
          <w:tcPr>
            <w:tcW w:w="710" w:type="dxa"/>
          </w:tcPr>
          <w:p w14:paraId="0545A882" w14:textId="77777777" w:rsidR="008369CD" w:rsidRDefault="00000000">
            <w:r>
              <w:rPr>
                <w:sz w:val="20"/>
              </w:rPr>
              <w:t>2</w:t>
            </w:r>
          </w:p>
        </w:tc>
        <w:tc>
          <w:tcPr>
            <w:tcW w:w="2268" w:type="dxa"/>
          </w:tcPr>
          <w:p w14:paraId="5C5E3667" w14:textId="77777777" w:rsidR="008369CD" w:rsidRDefault="00000000">
            <w:proofErr w:type="spellStart"/>
            <w:r>
              <w:rPr>
                <w:sz w:val="20"/>
              </w:rPr>
              <w:t>Работа</w:t>
            </w:r>
            <w:proofErr w:type="spellEnd"/>
            <w:r>
              <w:rPr>
                <w:sz w:val="20"/>
              </w:rPr>
              <w:t xml:space="preserve"> с </w:t>
            </w:r>
            <w:proofErr w:type="spellStart"/>
            <w:r>
              <w:rPr>
                <w:sz w:val="20"/>
              </w:rPr>
              <w:t>природным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материалом</w:t>
            </w:r>
            <w:proofErr w:type="spellEnd"/>
          </w:p>
        </w:tc>
        <w:tc>
          <w:tcPr>
            <w:tcW w:w="2268" w:type="dxa"/>
          </w:tcPr>
          <w:p w14:paraId="2559E995" w14:textId="77777777" w:rsidR="008369CD" w:rsidRDefault="00000000">
            <w:proofErr w:type="spellStart"/>
            <w:r>
              <w:rPr>
                <w:sz w:val="20"/>
              </w:rPr>
              <w:t>Самостоятельно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конструирует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проявляет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фантазию</w:t>
            </w:r>
            <w:proofErr w:type="spellEnd"/>
          </w:p>
        </w:tc>
        <w:tc>
          <w:tcPr>
            <w:tcW w:w="2268" w:type="dxa"/>
          </w:tcPr>
          <w:p w14:paraId="0562BCA5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Конструирует по образцу, сборка устойчива</w:t>
            </w:r>
          </w:p>
        </w:tc>
        <w:tc>
          <w:tcPr>
            <w:tcW w:w="2176" w:type="dxa"/>
          </w:tcPr>
          <w:p w14:paraId="37EBAC4E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Нуждается в постоянной помощи при сборке</w:t>
            </w:r>
          </w:p>
        </w:tc>
      </w:tr>
      <w:tr w:rsidR="008369CD" w:rsidRPr="004F2450" w14:paraId="374749B8" w14:textId="77777777" w:rsidTr="004F2450">
        <w:trPr>
          <w:jc w:val="center"/>
        </w:trPr>
        <w:tc>
          <w:tcPr>
            <w:tcW w:w="710" w:type="dxa"/>
          </w:tcPr>
          <w:p w14:paraId="517FBE05" w14:textId="77777777" w:rsidR="008369CD" w:rsidRDefault="00000000">
            <w:r>
              <w:rPr>
                <w:sz w:val="20"/>
              </w:rPr>
              <w:t>3</w:t>
            </w:r>
          </w:p>
        </w:tc>
        <w:tc>
          <w:tcPr>
            <w:tcW w:w="2268" w:type="dxa"/>
          </w:tcPr>
          <w:p w14:paraId="2CA99F35" w14:textId="77777777" w:rsidR="008369CD" w:rsidRDefault="00000000">
            <w:proofErr w:type="spellStart"/>
            <w:r>
              <w:rPr>
                <w:sz w:val="20"/>
              </w:rPr>
              <w:t>Безопасность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культура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труда</w:t>
            </w:r>
            <w:proofErr w:type="spellEnd"/>
          </w:p>
        </w:tc>
        <w:tc>
          <w:tcPr>
            <w:tcW w:w="2268" w:type="dxa"/>
          </w:tcPr>
          <w:p w14:paraId="024D827C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Соблюдает правила безопасности, поддерживает порядок</w:t>
            </w:r>
          </w:p>
        </w:tc>
        <w:tc>
          <w:tcPr>
            <w:tcW w:w="2268" w:type="dxa"/>
          </w:tcPr>
          <w:p w14:paraId="7293746F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Соблюдает правила с напоминаниями педагога</w:t>
            </w:r>
          </w:p>
        </w:tc>
        <w:tc>
          <w:tcPr>
            <w:tcW w:w="2176" w:type="dxa"/>
          </w:tcPr>
          <w:p w14:paraId="1DE6B8AB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Нарушает правила, рабочее место неорганизованно</w:t>
            </w:r>
          </w:p>
        </w:tc>
      </w:tr>
    </w:tbl>
    <w:p w14:paraId="44E3EA44" w14:textId="77777777" w:rsidR="008369CD" w:rsidRPr="004F2450" w:rsidRDefault="008369CD">
      <w:pPr>
        <w:rPr>
          <w:lang w:val="ru-RU"/>
        </w:rPr>
      </w:pPr>
    </w:p>
    <w:p w14:paraId="769F050C" w14:textId="77777777" w:rsidR="008369CD" w:rsidRDefault="00000000">
      <w:proofErr w:type="spellStart"/>
      <w:r>
        <w:rPr>
          <w:b/>
        </w:rPr>
        <w:t>Раздел</w:t>
      </w:r>
      <w:proofErr w:type="spellEnd"/>
      <w:r>
        <w:rPr>
          <w:b/>
        </w:rPr>
        <w:t xml:space="preserve"> 4. </w:t>
      </w:r>
      <w:proofErr w:type="spellStart"/>
      <w:r>
        <w:rPr>
          <w:b/>
        </w:rPr>
        <w:t>Аппликация</w:t>
      </w:r>
      <w:proofErr w:type="spellEnd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710"/>
        <w:gridCol w:w="2268"/>
        <w:gridCol w:w="2268"/>
        <w:gridCol w:w="2268"/>
        <w:gridCol w:w="2176"/>
      </w:tblGrid>
      <w:tr w:rsidR="008369CD" w14:paraId="3CECB0FC" w14:textId="77777777" w:rsidTr="004F2450">
        <w:trPr>
          <w:jc w:val="center"/>
        </w:trPr>
        <w:tc>
          <w:tcPr>
            <w:tcW w:w="710" w:type="dxa"/>
          </w:tcPr>
          <w:p w14:paraId="4D918F1A" w14:textId="77777777" w:rsidR="008369CD" w:rsidRDefault="00000000">
            <w:pPr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2268" w:type="dxa"/>
          </w:tcPr>
          <w:p w14:paraId="642BA818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Показатель</w:t>
            </w:r>
            <w:proofErr w:type="spellEnd"/>
          </w:p>
        </w:tc>
        <w:tc>
          <w:tcPr>
            <w:tcW w:w="2268" w:type="dxa"/>
          </w:tcPr>
          <w:p w14:paraId="79DC7DC7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Высокий</w:t>
            </w:r>
            <w:proofErr w:type="spellEnd"/>
          </w:p>
        </w:tc>
        <w:tc>
          <w:tcPr>
            <w:tcW w:w="2268" w:type="dxa"/>
          </w:tcPr>
          <w:p w14:paraId="1AD22C10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</w:p>
        </w:tc>
        <w:tc>
          <w:tcPr>
            <w:tcW w:w="2176" w:type="dxa"/>
          </w:tcPr>
          <w:p w14:paraId="0BF12387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Низкий</w:t>
            </w:r>
            <w:proofErr w:type="spellEnd"/>
          </w:p>
        </w:tc>
      </w:tr>
      <w:tr w:rsidR="008369CD" w:rsidRPr="004F2450" w14:paraId="6EEB19F0" w14:textId="77777777" w:rsidTr="004F2450">
        <w:trPr>
          <w:jc w:val="center"/>
        </w:trPr>
        <w:tc>
          <w:tcPr>
            <w:tcW w:w="710" w:type="dxa"/>
          </w:tcPr>
          <w:p w14:paraId="5F4E7D33" w14:textId="77777777" w:rsidR="008369CD" w:rsidRDefault="00000000">
            <w:r>
              <w:rPr>
                <w:sz w:val="20"/>
              </w:rPr>
              <w:t>1</w:t>
            </w:r>
          </w:p>
        </w:tc>
        <w:tc>
          <w:tcPr>
            <w:tcW w:w="2268" w:type="dxa"/>
          </w:tcPr>
          <w:p w14:paraId="6125FC92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Владение видами аппликации (обрывная, силуэтная, объёмная, коллективная)</w:t>
            </w:r>
          </w:p>
        </w:tc>
        <w:tc>
          <w:tcPr>
            <w:tcW w:w="2268" w:type="dxa"/>
          </w:tcPr>
          <w:p w14:paraId="09574E3A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Самостоятельно выполняет все виды аппликации</w:t>
            </w:r>
          </w:p>
        </w:tc>
        <w:tc>
          <w:tcPr>
            <w:tcW w:w="2268" w:type="dxa"/>
          </w:tcPr>
          <w:p w14:paraId="7560AABC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Выполняет 2–3 вида с небольшой помощью</w:t>
            </w:r>
          </w:p>
        </w:tc>
        <w:tc>
          <w:tcPr>
            <w:tcW w:w="2176" w:type="dxa"/>
          </w:tcPr>
          <w:p w14:paraId="1882D9D2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Выполняет только 1 вид с помощью педагога</w:t>
            </w:r>
          </w:p>
        </w:tc>
      </w:tr>
      <w:tr w:rsidR="008369CD" w:rsidRPr="004F2450" w14:paraId="1FB73E06" w14:textId="77777777" w:rsidTr="004F2450">
        <w:trPr>
          <w:jc w:val="center"/>
        </w:trPr>
        <w:tc>
          <w:tcPr>
            <w:tcW w:w="710" w:type="dxa"/>
          </w:tcPr>
          <w:p w14:paraId="4C4F056C" w14:textId="77777777" w:rsidR="008369CD" w:rsidRDefault="00000000">
            <w:r>
              <w:rPr>
                <w:sz w:val="20"/>
              </w:rPr>
              <w:t>2</w:t>
            </w:r>
          </w:p>
        </w:tc>
        <w:tc>
          <w:tcPr>
            <w:tcW w:w="2268" w:type="dxa"/>
          </w:tcPr>
          <w:p w14:paraId="0E8FD62E" w14:textId="77777777" w:rsidR="008369CD" w:rsidRDefault="00000000">
            <w:proofErr w:type="spellStart"/>
            <w:r>
              <w:rPr>
                <w:sz w:val="20"/>
              </w:rPr>
              <w:t>Аккуратность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завершённость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работы</w:t>
            </w:r>
            <w:proofErr w:type="spellEnd"/>
          </w:p>
        </w:tc>
        <w:tc>
          <w:tcPr>
            <w:tcW w:w="2268" w:type="dxa"/>
          </w:tcPr>
          <w:p w14:paraId="3F18634D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Работа аккуратная, детали хорошо закреплены</w:t>
            </w:r>
          </w:p>
        </w:tc>
        <w:tc>
          <w:tcPr>
            <w:tcW w:w="2268" w:type="dxa"/>
          </w:tcPr>
          <w:p w14:paraId="25A64A7B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Работа достаточно аккуратная, незначительные недочёты</w:t>
            </w:r>
          </w:p>
        </w:tc>
        <w:tc>
          <w:tcPr>
            <w:tcW w:w="2176" w:type="dxa"/>
          </w:tcPr>
          <w:p w14:paraId="77840B6D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Работа небрежная, детали плохо закреплены</w:t>
            </w:r>
          </w:p>
        </w:tc>
      </w:tr>
      <w:tr w:rsidR="008369CD" w:rsidRPr="004F2450" w14:paraId="43E3F437" w14:textId="77777777" w:rsidTr="004F2450">
        <w:trPr>
          <w:jc w:val="center"/>
        </w:trPr>
        <w:tc>
          <w:tcPr>
            <w:tcW w:w="710" w:type="dxa"/>
          </w:tcPr>
          <w:p w14:paraId="53D33589" w14:textId="77777777" w:rsidR="008369CD" w:rsidRDefault="00000000">
            <w:r>
              <w:rPr>
                <w:sz w:val="20"/>
              </w:rPr>
              <w:t>3</w:t>
            </w:r>
          </w:p>
        </w:tc>
        <w:tc>
          <w:tcPr>
            <w:tcW w:w="2268" w:type="dxa"/>
          </w:tcPr>
          <w:p w14:paraId="68B99BF0" w14:textId="77777777" w:rsidR="008369CD" w:rsidRDefault="00000000">
            <w:proofErr w:type="spellStart"/>
            <w:r>
              <w:rPr>
                <w:sz w:val="20"/>
              </w:rPr>
              <w:t>Творческий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подход</w:t>
            </w:r>
            <w:proofErr w:type="spellEnd"/>
          </w:p>
        </w:tc>
        <w:tc>
          <w:tcPr>
            <w:tcW w:w="2268" w:type="dxa"/>
          </w:tcPr>
          <w:p w14:paraId="33A037DB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Вносит собственные элементы, дополняет композицию</w:t>
            </w:r>
          </w:p>
        </w:tc>
        <w:tc>
          <w:tcPr>
            <w:tcW w:w="2268" w:type="dxa"/>
          </w:tcPr>
          <w:p w14:paraId="248B9517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Повторяет образец с незначительными дополнениями</w:t>
            </w:r>
          </w:p>
        </w:tc>
        <w:tc>
          <w:tcPr>
            <w:tcW w:w="2176" w:type="dxa"/>
          </w:tcPr>
          <w:p w14:paraId="19E3669A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Только копирует образец, не проявляет инициативы</w:t>
            </w:r>
          </w:p>
        </w:tc>
      </w:tr>
    </w:tbl>
    <w:p w14:paraId="1B1CCCC2" w14:textId="77777777" w:rsidR="008369CD" w:rsidRPr="004F2450" w:rsidRDefault="008369CD">
      <w:pPr>
        <w:rPr>
          <w:lang w:val="ru-RU"/>
        </w:rPr>
      </w:pPr>
    </w:p>
    <w:p w14:paraId="3AE7DBBC" w14:textId="77777777" w:rsidR="008369CD" w:rsidRPr="004F2450" w:rsidRDefault="00000000">
      <w:pPr>
        <w:rPr>
          <w:lang w:val="ru-RU"/>
        </w:rPr>
      </w:pPr>
      <w:r w:rsidRPr="004F2450">
        <w:rPr>
          <w:b/>
          <w:sz w:val="26"/>
          <w:lang w:val="ru-RU"/>
        </w:rPr>
        <w:t>Уровни освоения программы</w:t>
      </w:r>
    </w:p>
    <w:p w14:paraId="6BE58A0B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Высокий уровень — ребёнок самостоятельно и творчески применяет освоенные техники и приёмы, проявляет инициативу и фантазию, работы отличаются выразительностью и аккуратностью. Эмоционально откликается на красоту окружающего мира и искусства, самостоятельно подбирает материалы и инструменты.</w:t>
      </w:r>
    </w:p>
    <w:p w14:paraId="5FEDC486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Средний уровень — ребёнок применяет освоенные техники и приёмы с небольшой помощью педагога, проявляет интерес к творческой деятельности. Работы в целом аккуратные, но недостаточно выразительные. Нуждается в стимулировании творческой инициативы.</w:t>
      </w:r>
    </w:p>
    <w:p w14:paraId="3F9944B0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lastRenderedPageBreak/>
        <w:t>Низкий уровень — ребёнок испытывает затруднения в освоении техник и приёмов, нуждается в постоянной помощи педагога. Работы недостаточно аккуратные, творческая инициатива не проявляется. Требуется индивидуальная работа.</w:t>
      </w:r>
    </w:p>
    <w:p w14:paraId="75ECDF03" w14:textId="77777777" w:rsidR="008369CD" w:rsidRPr="004F2450" w:rsidRDefault="008369CD">
      <w:pPr>
        <w:rPr>
          <w:lang w:val="ru-RU"/>
        </w:rPr>
      </w:pPr>
    </w:p>
    <w:p w14:paraId="1B347672" w14:textId="77777777" w:rsidR="008369CD" w:rsidRPr="004F2450" w:rsidRDefault="00000000">
      <w:pPr>
        <w:rPr>
          <w:lang w:val="ru-RU"/>
        </w:rPr>
      </w:pPr>
      <w:r w:rsidRPr="004F2450">
        <w:rPr>
          <w:b/>
          <w:sz w:val="26"/>
          <w:lang w:val="ru-RU"/>
        </w:rPr>
        <w:t>Формы фиксации результатов мониторинга</w:t>
      </w:r>
    </w:p>
    <w:p w14:paraId="46B0ACBC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• Диагностическая карта на каждого ребёнка (заполняется 3 раза в год).</w:t>
      </w:r>
    </w:p>
    <w:p w14:paraId="02DF806B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• Портфолио детских работ (собирается в течение учебного года).</w:t>
      </w:r>
    </w:p>
    <w:p w14:paraId="534E2D5C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• Сводная таблица результатов группы (для анализа динамики).</w:t>
      </w:r>
    </w:p>
    <w:p w14:paraId="792F0DDE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• Аналитическая справка по результатам мониторинга (составляется после каждой диагностики, содержит выводы и рекомендации).</w:t>
      </w:r>
    </w:p>
    <w:p w14:paraId="1D3400A0" w14:textId="77777777" w:rsidR="008369CD" w:rsidRPr="004F2450" w:rsidRDefault="008369CD">
      <w:pPr>
        <w:rPr>
          <w:lang w:val="ru-RU"/>
        </w:rPr>
      </w:pPr>
    </w:p>
    <w:p w14:paraId="6F08C114" w14:textId="77777777" w:rsidR="008369CD" w:rsidRPr="004F2450" w:rsidRDefault="00000000">
      <w:pPr>
        <w:rPr>
          <w:lang w:val="ru-RU"/>
        </w:rPr>
      </w:pPr>
      <w:r w:rsidRPr="004F2450">
        <w:rPr>
          <w:b/>
          <w:sz w:val="26"/>
          <w:lang w:val="ru-RU"/>
        </w:rPr>
        <w:t>Диагностическая карта ребёнка</w:t>
      </w:r>
    </w:p>
    <w:p w14:paraId="73391882" w14:textId="76FB1D43" w:rsidR="008369CD" w:rsidRPr="004F2450" w:rsidRDefault="00000000">
      <w:pPr>
        <w:rPr>
          <w:lang w:val="ru-RU"/>
        </w:rPr>
      </w:pPr>
      <w:r w:rsidRPr="004F2450">
        <w:rPr>
          <w:lang w:val="ru-RU"/>
        </w:rPr>
        <w:t>Ф.И. ребёнка: _________________________________  Дата заполнения: _______________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68"/>
        <w:gridCol w:w="3308"/>
        <w:gridCol w:w="1938"/>
        <w:gridCol w:w="1938"/>
        <w:gridCol w:w="1938"/>
      </w:tblGrid>
      <w:tr w:rsidR="008369CD" w14:paraId="5A94C4F6" w14:textId="77777777" w:rsidTr="004F2450">
        <w:trPr>
          <w:jc w:val="center"/>
        </w:trPr>
        <w:tc>
          <w:tcPr>
            <w:tcW w:w="568" w:type="dxa"/>
          </w:tcPr>
          <w:p w14:paraId="706E2411" w14:textId="77777777" w:rsidR="008369CD" w:rsidRDefault="00000000">
            <w:pPr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3308" w:type="dxa"/>
          </w:tcPr>
          <w:p w14:paraId="4C6A8F4B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Раздел</w:t>
            </w:r>
            <w:proofErr w:type="spellEnd"/>
            <w:r>
              <w:rPr>
                <w:b/>
                <w:sz w:val="20"/>
              </w:rPr>
              <w:t xml:space="preserve"> / </w:t>
            </w:r>
            <w:proofErr w:type="spellStart"/>
            <w:r>
              <w:rPr>
                <w:b/>
                <w:sz w:val="20"/>
              </w:rPr>
              <w:t>Показатель</w:t>
            </w:r>
            <w:proofErr w:type="spellEnd"/>
          </w:p>
        </w:tc>
        <w:tc>
          <w:tcPr>
            <w:tcW w:w="1938" w:type="dxa"/>
          </w:tcPr>
          <w:p w14:paraId="2F081879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Начало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года</w:t>
            </w:r>
            <w:proofErr w:type="spellEnd"/>
            <w:r>
              <w:rPr>
                <w:b/>
                <w:sz w:val="20"/>
              </w:rPr>
              <w:br/>
              <w:t>(</w:t>
            </w:r>
            <w:proofErr w:type="spellStart"/>
            <w:r>
              <w:rPr>
                <w:b/>
                <w:sz w:val="20"/>
              </w:rPr>
              <w:t>сентябрь</w:t>
            </w:r>
            <w:proofErr w:type="spellEnd"/>
            <w:r>
              <w:rPr>
                <w:b/>
                <w:sz w:val="20"/>
              </w:rPr>
              <w:t>)</w:t>
            </w:r>
          </w:p>
        </w:tc>
        <w:tc>
          <w:tcPr>
            <w:tcW w:w="1938" w:type="dxa"/>
          </w:tcPr>
          <w:p w14:paraId="649FA6D5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Середина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года</w:t>
            </w:r>
            <w:proofErr w:type="spellEnd"/>
            <w:r>
              <w:rPr>
                <w:b/>
                <w:sz w:val="20"/>
              </w:rPr>
              <w:br/>
              <w:t>(</w:t>
            </w:r>
            <w:proofErr w:type="spellStart"/>
            <w:r>
              <w:rPr>
                <w:b/>
                <w:sz w:val="20"/>
              </w:rPr>
              <w:t>январь</w:t>
            </w:r>
            <w:proofErr w:type="spellEnd"/>
            <w:r>
              <w:rPr>
                <w:b/>
                <w:sz w:val="20"/>
              </w:rPr>
              <w:t>)</w:t>
            </w:r>
          </w:p>
        </w:tc>
        <w:tc>
          <w:tcPr>
            <w:tcW w:w="1938" w:type="dxa"/>
          </w:tcPr>
          <w:p w14:paraId="5BD02127" w14:textId="77777777" w:rsidR="008369CD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Конец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года</w:t>
            </w:r>
            <w:proofErr w:type="spellEnd"/>
            <w:r>
              <w:rPr>
                <w:b/>
                <w:sz w:val="20"/>
              </w:rPr>
              <w:br/>
              <w:t>(</w:t>
            </w:r>
            <w:proofErr w:type="spellStart"/>
            <w:r>
              <w:rPr>
                <w:b/>
                <w:sz w:val="20"/>
              </w:rPr>
              <w:t>май</w:t>
            </w:r>
            <w:proofErr w:type="spellEnd"/>
            <w:r>
              <w:rPr>
                <w:b/>
                <w:sz w:val="20"/>
              </w:rPr>
              <w:t>)</w:t>
            </w:r>
          </w:p>
        </w:tc>
      </w:tr>
      <w:tr w:rsidR="008369CD" w14:paraId="3553ACB3" w14:textId="77777777" w:rsidTr="004F2450">
        <w:trPr>
          <w:jc w:val="center"/>
        </w:trPr>
        <w:tc>
          <w:tcPr>
            <w:tcW w:w="568" w:type="dxa"/>
          </w:tcPr>
          <w:p w14:paraId="1854EB82" w14:textId="77777777" w:rsidR="008369CD" w:rsidRDefault="00000000">
            <w:r>
              <w:rPr>
                <w:sz w:val="20"/>
              </w:rPr>
              <w:t>1</w:t>
            </w:r>
          </w:p>
        </w:tc>
        <w:tc>
          <w:tcPr>
            <w:tcW w:w="3308" w:type="dxa"/>
          </w:tcPr>
          <w:p w14:paraId="0CDBA169" w14:textId="77777777" w:rsidR="008369CD" w:rsidRDefault="00000000">
            <w:proofErr w:type="spellStart"/>
            <w:r>
              <w:rPr>
                <w:sz w:val="20"/>
              </w:rPr>
              <w:t>Рисование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нетрадиционными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техниками</w:t>
            </w:r>
            <w:proofErr w:type="spellEnd"/>
          </w:p>
        </w:tc>
        <w:tc>
          <w:tcPr>
            <w:tcW w:w="1938" w:type="dxa"/>
          </w:tcPr>
          <w:p w14:paraId="60CC020C" w14:textId="77777777" w:rsidR="008369CD" w:rsidRDefault="008369CD"/>
        </w:tc>
        <w:tc>
          <w:tcPr>
            <w:tcW w:w="1938" w:type="dxa"/>
          </w:tcPr>
          <w:p w14:paraId="0D777C73" w14:textId="77777777" w:rsidR="008369CD" w:rsidRDefault="008369CD"/>
        </w:tc>
        <w:tc>
          <w:tcPr>
            <w:tcW w:w="1938" w:type="dxa"/>
          </w:tcPr>
          <w:p w14:paraId="3BEE0572" w14:textId="77777777" w:rsidR="008369CD" w:rsidRDefault="008369CD"/>
        </w:tc>
      </w:tr>
      <w:tr w:rsidR="008369CD" w14:paraId="1ED87606" w14:textId="77777777" w:rsidTr="004F2450">
        <w:trPr>
          <w:jc w:val="center"/>
        </w:trPr>
        <w:tc>
          <w:tcPr>
            <w:tcW w:w="568" w:type="dxa"/>
          </w:tcPr>
          <w:p w14:paraId="6615110A" w14:textId="77777777" w:rsidR="008369CD" w:rsidRDefault="008369CD"/>
        </w:tc>
        <w:tc>
          <w:tcPr>
            <w:tcW w:w="3308" w:type="dxa"/>
          </w:tcPr>
          <w:p w14:paraId="513B8772" w14:textId="77777777" w:rsidR="008369CD" w:rsidRDefault="00000000">
            <w:r>
              <w:rPr>
                <w:sz w:val="20"/>
              </w:rPr>
              <w:t xml:space="preserve">— </w:t>
            </w:r>
            <w:proofErr w:type="spellStart"/>
            <w:r>
              <w:rPr>
                <w:sz w:val="20"/>
              </w:rPr>
              <w:t>владение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техниками</w:t>
            </w:r>
            <w:proofErr w:type="spellEnd"/>
          </w:p>
        </w:tc>
        <w:tc>
          <w:tcPr>
            <w:tcW w:w="1938" w:type="dxa"/>
          </w:tcPr>
          <w:p w14:paraId="73C7FFF2" w14:textId="77777777" w:rsidR="008369CD" w:rsidRDefault="008369CD"/>
        </w:tc>
        <w:tc>
          <w:tcPr>
            <w:tcW w:w="1938" w:type="dxa"/>
          </w:tcPr>
          <w:p w14:paraId="5AB2D774" w14:textId="77777777" w:rsidR="008369CD" w:rsidRDefault="008369CD"/>
        </w:tc>
        <w:tc>
          <w:tcPr>
            <w:tcW w:w="1938" w:type="dxa"/>
          </w:tcPr>
          <w:p w14:paraId="1A0076C0" w14:textId="77777777" w:rsidR="008369CD" w:rsidRDefault="008369CD"/>
        </w:tc>
      </w:tr>
      <w:tr w:rsidR="008369CD" w14:paraId="19452C78" w14:textId="77777777" w:rsidTr="004F2450">
        <w:trPr>
          <w:jc w:val="center"/>
        </w:trPr>
        <w:tc>
          <w:tcPr>
            <w:tcW w:w="568" w:type="dxa"/>
          </w:tcPr>
          <w:p w14:paraId="71348896" w14:textId="77777777" w:rsidR="008369CD" w:rsidRDefault="008369CD"/>
        </w:tc>
        <w:tc>
          <w:tcPr>
            <w:tcW w:w="3308" w:type="dxa"/>
          </w:tcPr>
          <w:p w14:paraId="0768DC7B" w14:textId="77777777" w:rsidR="008369CD" w:rsidRDefault="00000000">
            <w:r>
              <w:rPr>
                <w:sz w:val="20"/>
              </w:rPr>
              <w:t xml:space="preserve">— </w:t>
            </w:r>
            <w:proofErr w:type="spellStart"/>
            <w:r>
              <w:rPr>
                <w:sz w:val="20"/>
              </w:rPr>
              <w:t>композиция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цветовосприятие</w:t>
            </w:r>
            <w:proofErr w:type="spellEnd"/>
          </w:p>
        </w:tc>
        <w:tc>
          <w:tcPr>
            <w:tcW w:w="1938" w:type="dxa"/>
          </w:tcPr>
          <w:p w14:paraId="5CDF0312" w14:textId="77777777" w:rsidR="008369CD" w:rsidRDefault="008369CD"/>
        </w:tc>
        <w:tc>
          <w:tcPr>
            <w:tcW w:w="1938" w:type="dxa"/>
          </w:tcPr>
          <w:p w14:paraId="72859FB4" w14:textId="77777777" w:rsidR="008369CD" w:rsidRDefault="008369CD"/>
        </w:tc>
        <w:tc>
          <w:tcPr>
            <w:tcW w:w="1938" w:type="dxa"/>
          </w:tcPr>
          <w:p w14:paraId="0B4CB840" w14:textId="77777777" w:rsidR="008369CD" w:rsidRDefault="008369CD"/>
        </w:tc>
      </w:tr>
      <w:tr w:rsidR="008369CD" w14:paraId="12F6207E" w14:textId="77777777" w:rsidTr="004F2450">
        <w:trPr>
          <w:jc w:val="center"/>
        </w:trPr>
        <w:tc>
          <w:tcPr>
            <w:tcW w:w="568" w:type="dxa"/>
          </w:tcPr>
          <w:p w14:paraId="0DC7BA6F" w14:textId="77777777" w:rsidR="008369CD" w:rsidRDefault="008369CD"/>
        </w:tc>
        <w:tc>
          <w:tcPr>
            <w:tcW w:w="3308" w:type="dxa"/>
          </w:tcPr>
          <w:p w14:paraId="4247E8B3" w14:textId="77777777" w:rsidR="008369CD" w:rsidRDefault="00000000">
            <w:r>
              <w:rPr>
                <w:sz w:val="20"/>
              </w:rPr>
              <w:t xml:space="preserve">— </w:t>
            </w:r>
            <w:proofErr w:type="spellStart"/>
            <w:r>
              <w:rPr>
                <w:sz w:val="20"/>
              </w:rPr>
              <w:t>творческая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самостоятельность</w:t>
            </w:r>
            <w:proofErr w:type="spellEnd"/>
          </w:p>
        </w:tc>
        <w:tc>
          <w:tcPr>
            <w:tcW w:w="1938" w:type="dxa"/>
          </w:tcPr>
          <w:p w14:paraId="5BB6F397" w14:textId="77777777" w:rsidR="008369CD" w:rsidRDefault="008369CD"/>
        </w:tc>
        <w:tc>
          <w:tcPr>
            <w:tcW w:w="1938" w:type="dxa"/>
          </w:tcPr>
          <w:p w14:paraId="14ABDC86" w14:textId="77777777" w:rsidR="008369CD" w:rsidRDefault="008369CD"/>
        </w:tc>
        <w:tc>
          <w:tcPr>
            <w:tcW w:w="1938" w:type="dxa"/>
          </w:tcPr>
          <w:p w14:paraId="2037AD0A" w14:textId="77777777" w:rsidR="008369CD" w:rsidRDefault="008369CD"/>
        </w:tc>
      </w:tr>
      <w:tr w:rsidR="008369CD" w14:paraId="504920FE" w14:textId="77777777" w:rsidTr="004F2450">
        <w:trPr>
          <w:jc w:val="center"/>
        </w:trPr>
        <w:tc>
          <w:tcPr>
            <w:tcW w:w="568" w:type="dxa"/>
          </w:tcPr>
          <w:p w14:paraId="07493CAC" w14:textId="77777777" w:rsidR="008369CD" w:rsidRDefault="00000000">
            <w:r>
              <w:rPr>
                <w:sz w:val="20"/>
              </w:rPr>
              <w:t>2</w:t>
            </w:r>
          </w:p>
        </w:tc>
        <w:tc>
          <w:tcPr>
            <w:tcW w:w="3308" w:type="dxa"/>
          </w:tcPr>
          <w:p w14:paraId="1FA93D1F" w14:textId="77777777" w:rsidR="008369CD" w:rsidRDefault="00000000">
            <w:proofErr w:type="spellStart"/>
            <w:r>
              <w:rPr>
                <w:sz w:val="20"/>
              </w:rPr>
              <w:t>Лепка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глины</w:t>
            </w:r>
            <w:proofErr w:type="spellEnd"/>
          </w:p>
        </w:tc>
        <w:tc>
          <w:tcPr>
            <w:tcW w:w="1938" w:type="dxa"/>
          </w:tcPr>
          <w:p w14:paraId="3A9A8F4D" w14:textId="77777777" w:rsidR="008369CD" w:rsidRDefault="008369CD"/>
        </w:tc>
        <w:tc>
          <w:tcPr>
            <w:tcW w:w="1938" w:type="dxa"/>
          </w:tcPr>
          <w:p w14:paraId="567849EC" w14:textId="77777777" w:rsidR="008369CD" w:rsidRDefault="008369CD"/>
        </w:tc>
        <w:tc>
          <w:tcPr>
            <w:tcW w:w="1938" w:type="dxa"/>
          </w:tcPr>
          <w:p w14:paraId="5FB8D17A" w14:textId="77777777" w:rsidR="008369CD" w:rsidRDefault="008369CD"/>
        </w:tc>
      </w:tr>
      <w:tr w:rsidR="008369CD" w14:paraId="356E2BAA" w14:textId="77777777" w:rsidTr="004F2450">
        <w:trPr>
          <w:jc w:val="center"/>
        </w:trPr>
        <w:tc>
          <w:tcPr>
            <w:tcW w:w="568" w:type="dxa"/>
          </w:tcPr>
          <w:p w14:paraId="20838ACA" w14:textId="77777777" w:rsidR="008369CD" w:rsidRDefault="008369CD"/>
        </w:tc>
        <w:tc>
          <w:tcPr>
            <w:tcW w:w="3308" w:type="dxa"/>
          </w:tcPr>
          <w:p w14:paraId="71702B0A" w14:textId="77777777" w:rsidR="008369CD" w:rsidRDefault="00000000">
            <w:r>
              <w:rPr>
                <w:sz w:val="20"/>
              </w:rPr>
              <w:t xml:space="preserve">— </w:t>
            </w:r>
            <w:proofErr w:type="spellStart"/>
            <w:r>
              <w:rPr>
                <w:sz w:val="20"/>
              </w:rPr>
              <w:t>владение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приёмами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лепки</w:t>
            </w:r>
            <w:proofErr w:type="spellEnd"/>
          </w:p>
        </w:tc>
        <w:tc>
          <w:tcPr>
            <w:tcW w:w="1938" w:type="dxa"/>
          </w:tcPr>
          <w:p w14:paraId="77301FA8" w14:textId="77777777" w:rsidR="008369CD" w:rsidRDefault="008369CD"/>
        </w:tc>
        <w:tc>
          <w:tcPr>
            <w:tcW w:w="1938" w:type="dxa"/>
          </w:tcPr>
          <w:p w14:paraId="0C3B6825" w14:textId="77777777" w:rsidR="008369CD" w:rsidRDefault="008369CD"/>
        </w:tc>
        <w:tc>
          <w:tcPr>
            <w:tcW w:w="1938" w:type="dxa"/>
          </w:tcPr>
          <w:p w14:paraId="5E170D82" w14:textId="77777777" w:rsidR="008369CD" w:rsidRDefault="008369CD"/>
        </w:tc>
      </w:tr>
      <w:tr w:rsidR="008369CD" w14:paraId="12D9B4EB" w14:textId="77777777" w:rsidTr="004F2450">
        <w:trPr>
          <w:jc w:val="center"/>
        </w:trPr>
        <w:tc>
          <w:tcPr>
            <w:tcW w:w="568" w:type="dxa"/>
          </w:tcPr>
          <w:p w14:paraId="5E8DE0C3" w14:textId="77777777" w:rsidR="008369CD" w:rsidRDefault="008369CD"/>
        </w:tc>
        <w:tc>
          <w:tcPr>
            <w:tcW w:w="3308" w:type="dxa"/>
          </w:tcPr>
          <w:p w14:paraId="03F4880A" w14:textId="77777777" w:rsidR="008369CD" w:rsidRDefault="00000000">
            <w:r>
              <w:rPr>
                <w:sz w:val="20"/>
              </w:rPr>
              <w:t xml:space="preserve">— </w:t>
            </w:r>
            <w:proofErr w:type="spellStart"/>
            <w:r>
              <w:rPr>
                <w:sz w:val="20"/>
              </w:rPr>
              <w:t>скульптурная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рельефная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лепка</w:t>
            </w:r>
            <w:proofErr w:type="spellEnd"/>
          </w:p>
        </w:tc>
        <w:tc>
          <w:tcPr>
            <w:tcW w:w="1938" w:type="dxa"/>
          </w:tcPr>
          <w:p w14:paraId="57138A06" w14:textId="77777777" w:rsidR="008369CD" w:rsidRDefault="008369CD"/>
        </w:tc>
        <w:tc>
          <w:tcPr>
            <w:tcW w:w="1938" w:type="dxa"/>
          </w:tcPr>
          <w:p w14:paraId="23A2F055" w14:textId="77777777" w:rsidR="008369CD" w:rsidRDefault="008369CD"/>
        </w:tc>
        <w:tc>
          <w:tcPr>
            <w:tcW w:w="1938" w:type="dxa"/>
          </w:tcPr>
          <w:p w14:paraId="3CEAB2CA" w14:textId="77777777" w:rsidR="008369CD" w:rsidRDefault="008369CD"/>
        </w:tc>
      </w:tr>
      <w:tr w:rsidR="008369CD" w14:paraId="1081FED9" w14:textId="77777777" w:rsidTr="004F2450">
        <w:trPr>
          <w:jc w:val="center"/>
        </w:trPr>
        <w:tc>
          <w:tcPr>
            <w:tcW w:w="568" w:type="dxa"/>
          </w:tcPr>
          <w:p w14:paraId="44FE646D" w14:textId="77777777" w:rsidR="008369CD" w:rsidRDefault="008369CD"/>
        </w:tc>
        <w:tc>
          <w:tcPr>
            <w:tcW w:w="3308" w:type="dxa"/>
          </w:tcPr>
          <w:p w14:paraId="6E5F8741" w14:textId="77777777" w:rsidR="008369CD" w:rsidRDefault="00000000">
            <w:r>
              <w:rPr>
                <w:sz w:val="20"/>
              </w:rPr>
              <w:t xml:space="preserve">— </w:t>
            </w:r>
            <w:proofErr w:type="spellStart"/>
            <w:r>
              <w:rPr>
                <w:sz w:val="20"/>
              </w:rPr>
              <w:t>декоративное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оформление</w:t>
            </w:r>
            <w:proofErr w:type="spellEnd"/>
          </w:p>
        </w:tc>
        <w:tc>
          <w:tcPr>
            <w:tcW w:w="1938" w:type="dxa"/>
          </w:tcPr>
          <w:p w14:paraId="61D4CAC3" w14:textId="77777777" w:rsidR="008369CD" w:rsidRDefault="008369CD"/>
        </w:tc>
        <w:tc>
          <w:tcPr>
            <w:tcW w:w="1938" w:type="dxa"/>
          </w:tcPr>
          <w:p w14:paraId="3B738850" w14:textId="77777777" w:rsidR="008369CD" w:rsidRDefault="008369CD"/>
        </w:tc>
        <w:tc>
          <w:tcPr>
            <w:tcW w:w="1938" w:type="dxa"/>
          </w:tcPr>
          <w:p w14:paraId="5A412700" w14:textId="77777777" w:rsidR="008369CD" w:rsidRDefault="008369CD"/>
        </w:tc>
      </w:tr>
      <w:tr w:rsidR="008369CD" w:rsidRPr="004F2450" w14:paraId="4DAB24E2" w14:textId="77777777" w:rsidTr="004F2450">
        <w:trPr>
          <w:jc w:val="center"/>
        </w:trPr>
        <w:tc>
          <w:tcPr>
            <w:tcW w:w="568" w:type="dxa"/>
          </w:tcPr>
          <w:p w14:paraId="661A881F" w14:textId="77777777" w:rsidR="008369CD" w:rsidRDefault="00000000">
            <w:r>
              <w:rPr>
                <w:sz w:val="20"/>
              </w:rPr>
              <w:t>3</w:t>
            </w:r>
          </w:p>
        </w:tc>
        <w:tc>
          <w:tcPr>
            <w:tcW w:w="3308" w:type="dxa"/>
          </w:tcPr>
          <w:p w14:paraId="22E4FD6E" w14:textId="77777777" w:rsidR="008369CD" w:rsidRPr="004F2450" w:rsidRDefault="00000000">
            <w:pPr>
              <w:rPr>
                <w:lang w:val="ru-RU"/>
              </w:rPr>
            </w:pPr>
            <w:r w:rsidRPr="004F2450">
              <w:rPr>
                <w:sz w:val="20"/>
                <w:lang w:val="ru-RU"/>
              </w:rPr>
              <w:t>Ручной труд из различных материалов</w:t>
            </w:r>
          </w:p>
        </w:tc>
        <w:tc>
          <w:tcPr>
            <w:tcW w:w="1938" w:type="dxa"/>
          </w:tcPr>
          <w:p w14:paraId="45DB3B94" w14:textId="77777777" w:rsidR="008369CD" w:rsidRPr="004F2450" w:rsidRDefault="008369CD">
            <w:pPr>
              <w:rPr>
                <w:lang w:val="ru-RU"/>
              </w:rPr>
            </w:pPr>
          </w:p>
        </w:tc>
        <w:tc>
          <w:tcPr>
            <w:tcW w:w="1938" w:type="dxa"/>
          </w:tcPr>
          <w:p w14:paraId="068975B6" w14:textId="77777777" w:rsidR="008369CD" w:rsidRPr="004F2450" w:rsidRDefault="008369CD">
            <w:pPr>
              <w:rPr>
                <w:lang w:val="ru-RU"/>
              </w:rPr>
            </w:pPr>
          </w:p>
        </w:tc>
        <w:tc>
          <w:tcPr>
            <w:tcW w:w="1938" w:type="dxa"/>
          </w:tcPr>
          <w:p w14:paraId="62756B88" w14:textId="77777777" w:rsidR="008369CD" w:rsidRPr="004F2450" w:rsidRDefault="008369CD">
            <w:pPr>
              <w:rPr>
                <w:lang w:val="ru-RU"/>
              </w:rPr>
            </w:pPr>
          </w:p>
        </w:tc>
      </w:tr>
      <w:tr w:rsidR="008369CD" w14:paraId="631C3E33" w14:textId="77777777" w:rsidTr="004F2450">
        <w:trPr>
          <w:jc w:val="center"/>
        </w:trPr>
        <w:tc>
          <w:tcPr>
            <w:tcW w:w="568" w:type="dxa"/>
          </w:tcPr>
          <w:p w14:paraId="39B2E232" w14:textId="77777777" w:rsidR="008369CD" w:rsidRPr="004F2450" w:rsidRDefault="008369CD">
            <w:pPr>
              <w:rPr>
                <w:lang w:val="ru-RU"/>
              </w:rPr>
            </w:pPr>
          </w:p>
        </w:tc>
        <w:tc>
          <w:tcPr>
            <w:tcW w:w="3308" w:type="dxa"/>
          </w:tcPr>
          <w:p w14:paraId="1E9C67D1" w14:textId="77777777" w:rsidR="008369CD" w:rsidRDefault="00000000">
            <w:r>
              <w:rPr>
                <w:sz w:val="20"/>
              </w:rPr>
              <w:t xml:space="preserve">— </w:t>
            </w:r>
            <w:proofErr w:type="spellStart"/>
            <w:r>
              <w:rPr>
                <w:sz w:val="20"/>
              </w:rPr>
              <w:t>работа</w:t>
            </w:r>
            <w:proofErr w:type="spellEnd"/>
            <w:r>
              <w:rPr>
                <w:sz w:val="20"/>
              </w:rPr>
              <w:t xml:space="preserve"> с </w:t>
            </w:r>
            <w:proofErr w:type="spellStart"/>
            <w:r>
              <w:rPr>
                <w:sz w:val="20"/>
              </w:rPr>
              <w:t>тканью</w:t>
            </w:r>
            <w:proofErr w:type="spellEnd"/>
          </w:p>
        </w:tc>
        <w:tc>
          <w:tcPr>
            <w:tcW w:w="1938" w:type="dxa"/>
          </w:tcPr>
          <w:p w14:paraId="7147739F" w14:textId="77777777" w:rsidR="008369CD" w:rsidRDefault="008369CD"/>
        </w:tc>
        <w:tc>
          <w:tcPr>
            <w:tcW w:w="1938" w:type="dxa"/>
          </w:tcPr>
          <w:p w14:paraId="5D2B8B87" w14:textId="77777777" w:rsidR="008369CD" w:rsidRDefault="008369CD"/>
        </w:tc>
        <w:tc>
          <w:tcPr>
            <w:tcW w:w="1938" w:type="dxa"/>
          </w:tcPr>
          <w:p w14:paraId="6A94A21E" w14:textId="77777777" w:rsidR="008369CD" w:rsidRDefault="008369CD"/>
        </w:tc>
      </w:tr>
      <w:tr w:rsidR="008369CD" w14:paraId="38AEAE19" w14:textId="77777777" w:rsidTr="004F2450">
        <w:trPr>
          <w:jc w:val="center"/>
        </w:trPr>
        <w:tc>
          <w:tcPr>
            <w:tcW w:w="568" w:type="dxa"/>
          </w:tcPr>
          <w:p w14:paraId="4D8B1A8B" w14:textId="77777777" w:rsidR="008369CD" w:rsidRDefault="008369CD"/>
        </w:tc>
        <w:tc>
          <w:tcPr>
            <w:tcW w:w="3308" w:type="dxa"/>
          </w:tcPr>
          <w:p w14:paraId="6C86358A" w14:textId="77777777" w:rsidR="008369CD" w:rsidRDefault="00000000">
            <w:r>
              <w:rPr>
                <w:sz w:val="20"/>
              </w:rPr>
              <w:t xml:space="preserve">— </w:t>
            </w:r>
            <w:proofErr w:type="spellStart"/>
            <w:r>
              <w:rPr>
                <w:sz w:val="20"/>
              </w:rPr>
              <w:t>работа</w:t>
            </w:r>
            <w:proofErr w:type="spellEnd"/>
            <w:r>
              <w:rPr>
                <w:sz w:val="20"/>
              </w:rPr>
              <w:t xml:space="preserve"> с </w:t>
            </w:r>
            <w:proofErr w:type="spellStart"/>
            <w:r>
              <w:rPr>
                <w:sz w:val="20"/>
              </w:rPr>
              <w:t>природным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материалом</w:t>
            </w:r>
            <w:proofErr w:type="spellEnd"/>
          </w:p>
        </w:tc>
        <w:tc>
          <w:tcPr>
            <w:tcW w:w="1938" w:type="dxa"/>
          </w:tcPr>
          <w:p w14:paraId="73C0D050" w14:textId="77777777" w:rsidR="008369CD" w:rsidRDefault="008369CD"/>
        </w:tc>
        <w:tc>
          <w:tcPr>
            <w:tcW w:w="1938" w:type="dxa"/>
          </w:tcPr>
          <w:p w14:paraId="47047D88" w14:textId="77777777" w:rsidR="008369CD" w:rsidRDefault="008369CD"/>
        </w:tc>
        <w:tc>
          <w:tcPr>
            <w:tcW w:w="1938" w:type="dxa"/>
          </w:tcPr>
          <w:p w14:paraId="1250969D" w14:textId="77777777" w:rsidR="008369CD" w:rsidRDefault="008369CD"/>
        </w:tc>
      </w:tr>
      <w:tr w:rsidR="008369CD" w14:paraId="16982792" w14:textId="77777777" w:rsidTr="004F2450">
        <w:trPr>
          <w:jc w:val="center"/>
        </w:trPr>
        <w:tc>
          <w:tcPr>
            <w:tcW w:w="568" w:type="dxa"/>
          </w:tcPr>
          <w:p w14:paraId="2059BD3E" w14:textId="77777777" w:rsidR="008369CD" w:rsidRDefault="008369CD"/>
        </w:tc>
        <w:tc>
          <w:tcPr>
            <w:tcW w:w="3308" w:type="dxa"/>
          </w:tcPr>
          <w:p w14:paraId="2DBDA3EE" w14:textId="77777777" w:rsidR="008369CD" w:rsidRDefault="00000000">
            <w:r>
              <w:rPr>
                <w:sz w:val="20"/>
              </w:rPr>
              <w:t xml:space="preserve">— </w:t>
            </w:r>
            <w:proofErr w:type="spellStart"/>
            <w:r>
              <w:rPr>
                <w:sz w:val="20"/>
              </w:rPr>
              <w:t>безопасность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культура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труда</w:t>
            </w:r>
            <w:proofErr w:type="spellEnd"/>
          </w:p>
        </w:tc>
        <w:tc>
          <w:tcPr>
            <w:tcW w:w="1938" w:type="dxa"/>
          </w:tcPr>
          <w:p w14:paraId="5F46A1F9" w14:textId="77777777" w:rsidR="008369CD" w:rsidRDefault="008369CD"/>
        </w:tc>
        <w:tc>
          <w:tcPr>
            <w:tcW w:w="1938" w:type="dxa"/>
          </w:tcPr>
          <w:p w14:paraId="33C0B65C" w14:textId="77777777" w:rsidR="008369CD" w:rsidRDefault="008369CD"/>
        </w:tc>
        <w:tc>
          <w:tcPr>
            <w:tcW w:w="1938" w:type="dxa"/>
          </w:tcPr>
          <w:p w14:paraId="0320A64A" w14:textId="77777777" w:rsidR="008369CD" w:rsidRDefault="008369CD"/>
        </w:tc>
      </w:tr>
      <w:tr w:rsidR="008369CD" w14:paraId="789ACEDD" w14:textId="77777777" w:rsidTr="004F2450">
        <w:trPr>
          <w:jc w:val="center"/>
        </w:trPr>
        <w:tc>
          <w:tcPr>
            <w:tcW w:w="568" w:type="dxa"/>
          </w:tcPr>
          <w:p w14:paraId="6632D8D7" w14:textId="77777777" w:rsidR="008369CD" w:rsidRDefault="00000000">
            <w:r>
              <w:rPr>
                <w:sz w:val="20"/>
              </w:rPr>
              <w:t>4</w:t>
            </w:r>
          </w:p>
        </w:tc>
        <w:tc>
          <w:tcPr>
            <w:tcW w:w="3308" w:type="dxa"/>
          </w:tcPr>
          <w:p w14:paraId="47B5A7EA" w14:textId="77777777" w:rsidR="008369CD" w:rsidRDefault="00000000">
            <w:proofErr w:type="spellStart"/>
            <w:r>
              <w:rPr>
                <w:sz w:val="20"/>
              </w:rPr>
              <w:t>Аппликация</w:t>
            </w:r>
            <w:proofErr w:type="spellEnd"/>
          </w:p>
        </w:tc>
        <w:tc>
          <w:tcPr>
            <w:tcW w:w="1938" w:type="dxa"/>
          </w:tcPr>
          <w:p w14:paraId="1EF7A6DC" w14:textId="77777777" w:rsidR="008369CD" w:rsidRDefault="008369CD"/>
        </w:tc>
        <w:tc>
          <w:tcPr>
            <w:tcW w:w="1938" w:type="dxa"/>
          </w:tcPr>
          <w:p w14:paraId="1DC8FA26" w14:textId="77777777" w:rsidR="008369CD" w:rsidRDefault="008369CD"/>
        </w:tc>
        <w:tc>
          <w:tcPr>
            <w:tcW w:w="1938" w:type="dxa"/>
          </w:tcPr>
          <w:p w14:paraId="42314E6F" w14:textId="77777777" w:rsidR="008369CD" w:rsidRDefault="008369CD"/>
        </w:tc>
      </w:tr>
      <w:tr w:rsidR="008369CD" w14:paraId="27C32A12" w14:textId="77777777" w:rsidTr="004F2450">
        <w:trPr>
          <w:jc w:val="center"/>
        </w:trPr>
        <w:tc>
          <w:tcPr>
            <w:tcW w:w="568" w:type="dxa"/>
          </w:tcPr>
          <w:p w14:paraId="65FEEC9E" w14:textId="77777777" w:rsidR="008369CD" w:rsidRDefault="008369CD"/>
        </w:tc>
        <w:tc>
          <w:tcPr>
            <w:tcW w:w="3308" w:type="dxa"/>
          </w:tcPr>
          <w:p w14:paraId="7FC85ECF" w14:textId="77777777" w:rsidR="008369CD" w:rsidRDefault="00000000">
            <w:r>
              <w:rPr>
                <w:sz w:val="20"/>
              </w:rPr>
              <w:t xml:space="preserve">— </w:t>
            </w:r>
            <w:proofErr w:type="spellStart"/>
            <w:r>
              <w:rPr>
                <w:sz w:val="20"/>
              </w:rPr>
              <w:t>владение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видами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аппликации</w:t>
            </w:r>
            <w:proofErr w:type="spellEnd"/>
          </w:p>
        </w:tc>
        <w:tc>
          <w:tcPr>
            <w:tcW w:w="1938" w:type="dxa"/>
          </w:tcPr>
          <w:p w14:paraId="44EA1D3D" w14:textId="77777777" w:rsidR="008369CD" w:rsidRDefault="008369CD"/>
        </w:tc>
        <w:tc>
          <w:tcPr>
            <w:tcW w:w="1938" w:type="dxa"/>
          </w:tcPr>
          <w:p w14:paraId="647098AE" w14:textId="77777777" w:rsidR="008369CD" w:rsidRDefault="008369CD"/>
        </w:tc>
        <w:tc>
          <w:tcPr>
            <w:tcW w:w="1938" w:type="dxa"/>
          </w:tcPr>
          <w:p w14:paraId="4E9E3E26" w14:textId="77777777" w:rsidR="008369CD" w:rsidRDefault="008369CD"/>
        </w:tc>
      </w:tr>
      <w:tr w:rsidR="008369CD" w14:paraId="6F5E6395" w14:textId="77777777" w:rsidTr="004F2450">
        <w:trPr>
          <w:jc w:val="center"/>
        </w:trPr>
        <w:tc>
          <w:tcPr>
            <w:tcW w:w="568" w:type="dxa"/>
          </w:tcPr>
          <w:p w14:paraId="0531CE75" w14:textId="77777777" w:rsidR="008369CD" w:rsidRDefault="008369CD"/>
        </w:tc>
        <w:tc>
          <w:tcPr>
            <w:tcW w:w="3308" w:type="dxa"/>
          </w:tcPr>
          <w:p w14:paraId="62CA10C7" w14:textId="77777777" w:rsidR="008369CD" w:rsidRDefault="00000000">
            <w:r>
              <w:rPr>
                <w:sz w:val="20"/>
              </w:rPr>
              <w:t xml:space="preserve">— </w:t>
            </w:r>
            <w:proofErr w:type="spellStart"/>
            <w:r>
              <w:rPr>
                <w:sz w:val="20"/>
              </w:rPr>
              <w:t>аккуратность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завершённость</w:t>
            </w:r>
            <w:proofErr w:type="spellEnd"/>
          </w:p>
        </w:tc>
        <w:tc>
          <w:tcPr>
            <w:tcW w:w="1938" w:type="dxa"/>
          </w:tcPr>
          <w:p w14:paraId="7CF29DEC" w14:textId="77777777" w:rsidR="008369CD" w:rsidRDefault="008369CD"/>
        </w:tc>
        <w:tc>
          <w:tcPr>
            <w:tcW w:w="1938" w:type="dxa"/>
          </w:tcPr>
          <w:p w14:paraId="02A15BB4" w14:textId="77777777" w:rsidR="008369CD" w:rsidRDefault="008369CD"/>
        </w:tc>
        <w:tc>
          <w:tcPr>
            <w:tcW w:w="1938" w:type="dxa"/>
          </w:tcPr>
          <w:p w14:paraId="0347AA56" w14:textId="77777777" w:rsidR="008369CD" w:rsidRDefault="008369CD"/>
        </w:tc>
      </w:tr>
      <w:tr w:rsidR="008369CD" w14:paraId="1C976711" w14:textId="77777777" w:rsidTr="004F2450">
        <w:trPr>
          <w:jc w:val="center"/>
        </w:trPr>
        <w:tc>
          <w:tcPr>
            <w:tcW w:w="568" w:type="dxa"/>
          </w:tcPr>
          <w:p w14:paraId="131F40C4" w14:textId="77777777" w:rsidR="008369CD" w:rsidRDefault="008369CD"/>
        </w:tc>
        <w:tc>
          <w:tcPr>
            <w:tcW w:w="3308" w:type="dxa"/>
          </w:tcPr>
          <w:p w14:paraId="310451EE" w14:textId="77777777" w:rsidR="008369CD" w:rsidRDefault="00000000">
            <w:r>
              <w:rPr>
                <w:sz w:val="20"/>
              </w:rPr>
              <w:t xml:space="preserve">— </w:t>
            </w:r>
            <w:proofErr w:type="spellStart"/>
            <w:r>
              <w:rPr>
                <w:sz w:val="20"/>
              </w:rPr>
              <w:t>творческий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подход</w:t>
            </w:r>
            <w:proofErr w:type="spellEnd"/>
          </w:p>
        </w:tc>
        <w:tc>
          <w:tcPr>
            <w:tcW w:w="1938" w:type="dxa"/>
          </w:tcPr>
          <w:p w14:paraId="0DC7F02E" w14:textId="77777777" w:rsidR="008369CD" w:rsidRDefault="008369CD"/>
        </w:tc>
        <w:tc>
          <w:tcPr>
            <w:tcW w:w="1938" w:type="dxa"/>
          </w:tcPr>
          <w:p w14:paraId="4A55CA96" w14:textId="77777777" w:rsidR="008369CD" w:rsidRDefault="008369CD"/>
        </w:tc>
        <w:tc>
          <w:tcPr>
            <w:tcW w:w="1938" w:type="dxa"/>
          </w:tcPr>
          <w:p w14:paraId="5849A6F8" w14:textId="77777777" w:rsidR="008369CD" w:rsidRDefault="008369CD"/>
        </w:tc>
      </w:tr>
      <w:tr w:rsidR="008369CD" w14:paraId="0684F417" w14:textId="77777777" w:rsidTr="004F2450">
        <w:trPr>
          <w:jc w:val="center"/>
        </w:trPr>
        <w:tc>
          <w:tcPr>
            <w:tcW w:w="568" w:type="dxa"/>
          </w:tcPr>
          <w:p w14:paraId="7759AB06" w14:textId="77777777" w:rsidR="008369CD" w:rsidRDefault="008369CD"/>
        </w:tc>
        <w:tc>
          <w:tcPr>
            <w:tcW w:w="3308" w:type="dxa"/>
          </w:tcPr>
          <w:p w14:paraId="4602F9B1" w14:textId="77777777" w:rsidR="008369CD" w:rsidRDefault="00000000">
            <w:proofErr w:type="spellStart"/>
            <w:r>
              <w:rPr>
                <w:sz w:val="20"/>
              </w:rPr>
              <w:t>Итоговый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уровень</w:t>
            </w:r>
            <w:proofErr w:type="spellEnd"/>
          </w:p>
        </w:tc>
        <w:tc>
          <w:tcPr>
            <w:tcW w:w="1938" w:type="dxa"/>
          </w:tcPr>
          <w:p w14:paraId="7B31E685" w14:textId="77777777" w:rsidR="008369CD" w:rsidRDefault="008369CD"/>
        </w:tc>
        <w:tc>
          <w:tcPr>
            <w:tcW w:w="1938" w:type="dxa"/>
          </w:tcPr>
          <w:p w14:paraId="446579BF" w14:textId="77777777" w:rsidR="008369CD" w:rsidRDefault="008369CD"/>
        </w:tc>
        <w:tc>
          <w:tcPr>
            <w:tcW w:w="1938" w:type="dxa"/>
          </w:tcPr>
          <w:p w14:paraId="03FC70ED" w14:textId="77777777" w:rsidR="008369CD" w:rsidRDefault="008369CD"/>
        </w:tc>
      </w:tr>
    </w:tbl>
    <w:p w14:paraId="3594CE7A" w14:textId="77777777" w:rsidR="008369CD" w:rsidRDefault="008369CD"/>
    <w:p w14:paraId="28C1FA09" w14:textId="77777777" w:rsidR="008369CD" w:rsidRPr="004F2450" w:rsidRDefault="00000000">
      <w:pPr>
        <w:rPr>
          <w:lang w:val="ru-RU"/>
        </w:rPr>
      </w:pPr>
      <w:r w:rsidRPr="004F2450">
        <w:rPr>
          <w:sz w:val="20"/>
          <w:lang w:val="ru-RU"/>
        </w:rPr>
        <w:lastRenderedPageBreak/>
        <w:t>Условные обозначения: В — высокий уровень, С — средний уровень, Н — низкий уровень.</w:t>
      </w:r>
    </w:p>
    <w:p w14:paraId="34A1EB56" w14:textId="77777777" w:rsidR="008369CD" w:rsidRPr="004F2450" w:rsidRDefault="008369CD">
      <w:pPr>
        <w:rPr>
          <w:lang w:val="ru-RU"/>
        </w:rPr>
      </w:pPr>
    </w:p>
    <w:p w14:paraId="42CE0155" w14:textId="77777777" w:rsidR="008369CD" w:rsidRPr="004F2450" w:rsidRDefault="00000000">
      <w:pPr>
        <w:rPr>
          <w:lang w:val="ru-RU"/>
        </w:rPr>
      </w:pPr>
      <w:r w:rsidRPr="004F2450">
        <w:rPr>
          <w:b/>
          <w:sz w:val="26"/>
          <w:lang w:val="ru-RU"/>
        </w:rPr>
        <w:t>Анализ динамики развития</w:t>
      </w:r>
    </w:p>
    <w:p w14:paraId="7415F178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Сравнение результатов первичной, промежуточной и итоговой диагностики позволяет определить динамику развития каждого ребёнка и группы в целом:</w:t>
      </w:r>
    </w:p>
    <w:p w14:paraId="08DD6F66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• Положительная динамика — переход ребёнка с низкого уровня на средний или со среднего на высокий.</w:t>
      </w:r>
    </w:p>
    <w:p w14:paraId="320757A0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• Стабильная динамика — ребёнок остаётся на том же уровне, но демонстрирует количественный рост показателей.</w:t>
      </w:r>
    </w:p>
    <w:p w14:paraId="5EB9581C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• Отсутствие динамики — результаты не изменились, требуется корректировка индивидуального образовательного маршрута.</w:t>
      </w:r>
    </w:p>
    <w:p w14:paraId="077612DA" w14:textId="77777777" w:rsidR="008369CD" w:rsidRPr="004F2450" w:rsidRDefault="008369CD">
      <w:pPr>
        <w:rPr>
          <w:lang w:val="ru-RU"/>
        </w:rPr>
      </w:pPr>
    </w:p>
    <w:p w14:paraId="57BDDF27" w14:textId="77777777" w:rsidR="008369CD" w:rsidRPr="004F2450" w:rsidRDefault="00000000">
      <w:pPr>
        <w:rPr>
          <w:lang w:val="ru-RU"/>
        </w:rPr>
      </w:pPr>
      <w:r w:rsidRPr="004F2450">
        <w:rPr>
          <w:b/>
          <w:sz w:val="26"/>
          <w:lang w:val="ru-RU"/>
        </w:rPr>
        <w:t>Использование результатов мониторинга</w:t>
      </w:r>
    </w:p>
    <w:p w14:paraId="2A26D095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Результаты мониторинга используются для:</w:t>
      </w:r>
    </w:p>
    <w:p w14:paraId="2E1CAFCF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— индивидуализации образовательного процесса и построения индивидуальных образовательных маршрутов;</w:t>
      </w:r>
    </w:p>
    <w:p w14:paraId="1D915D36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— корректировки календарно-тематического плана (доработка тем, вызывающих затруднения);</w:t>
      </w:r>
    </w:p>
    <w:p w14:paraId="6CB19F41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— планирования индивидуальной работы с детьми, показавшими низкие результаты;</w:t>
      </w:r>
    </w:p>
    <w:p w14:paraId="75377B1E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— организации работы с одарёнными детьми (участие в конкурсах, выставках);</w:t>
      </w:r>
    </w:p>
    <w:p w14:paraId="6C7B2D80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— информирования родителей о результатах развития ребёнка и рекомендаций по творческим занятиям в семье;</w:t>
      </w:r>
    </w:p>
    <w:p w14:paraId="4C8D6E3A" w14:textId="77777777" w:rsidR="008369CD" w:rsidRPr="004F2450" w:rsidRDefault="00000000">
      <w:pPr>
        <w:rPr>
          <w:lang w:val="ru-RU"/>
        </w:rPr>
      </w:pPr>
      <w:r w:rsidRPr="004F2450">
        <w:rPr>
          <w:lang w:val="ru-RU"/>
        </w:rPr>
        <w:t>— оценки эффективности программы и её совершенствования.</w:t>
      </w:r>
    </w:p>
    <w:p w14:paraId="68CA821B" w14:textId="77777777" w:rsidR="00E66AFB" w:rsidRPr="0070234E" w:rsidRDefault="00000000">
      <w:pPr>
        <w:rPr>
          <w:lang w:val="ru-RU"/>
        </w:rPr>
      </w:pPr>
      <w:r w:rsidRPr="0070234E">
        <w:rPr>
          <w:lang w:val="ru-RU"/>
        </w:rPr>
        <w:br w:type="page"/>
      </w:r>
    </w:p>
    <w:p w14:paraId="3BEE3A3F" w14:textId="77777777" w:rsidR="00E66AFB" w:rsidRPr="0070234E" w:rsidRDefault="00000000">
      <w:pPr>
        <w:spacing w:before="240"/>
        <w:jc w:val="center"/>
        <w:rPr>
          <w:lang w:val="ru-RU"/>
        </w:rPr>
      </w:pPr>
      <w:r w:rsidRPr="0070234E">
        <w:rPr>
          <w:b/>
          <w:sz w:val="28"/>
          <w:lang w:val="ru-RU"/>
        </w:rPr>
        <w:lastRenderedPageBreak/>
        <w:t>СПИСОК ЛИТЕРАТУРЫ</w:t>
      </w:r>
    </w:p>
    <w:p w14:paraId="3D3D6711" w14:textId="77777777" w:rsidR="00E66AFB" w:rsidRPr="0070234E" w:rsidRDefault="00000000" w:rsidP="0070234E">
      <w:pPr>
        <w:jc w:val="both"/>
        <w:rPr>
          <w:lang w:val="ru-RU"/>
        </w:rPr>
      </w:pPr>
      <w:r w:rsidRPr="0070234E">
        <w:rPr>
          <w:b/>
          <w:lang w:val="ru-RU"/>
        </w:rPr>
        <w:t>Нормативно-правовые документы:</w:t>
      </w:r>
    </w:p>
    <w:p w14:paraId="06A0C218" w14:textId="77777777" w:rsidR="004F2450" w:rsidRPr="004F2450" w:rsidRDefault="00000000" w:rsidP="004F2450">
      <w:pPr>
        <w:pStyle w:val="a"/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4F2450">
        <w:rPr>
          <w:lang w:val="ru-RU"/>
        </w:rPr>
        <w:t>Федеральный закон «Об образовании в Российской Федерации» от 29.12.2012 № 273-ФЗ.</w:t>
      </w:r>
    </w:p>
    <w:p w14:paraId="55C34D89" w14:textId="77777777" w:rsidR="004F2450" w:rsidRDefault="00000000" w:rsidP="004F2450">
      <w:pPr>
        <w:pStyle w:val="a"/>
        <w:spacing w:after="0" w:line="240" w:lineRule="auto"/>
        <w:ind w:left="0" w:firstLine="0"/>
        <w:jc w:val="both"/>
        <w:rPr>
          <w:lang w:val="ru-RU"/>
        </w:rPr>
      </w:pPr>
      <w:r w:rsidRPr="004F2450">
        <w:rPr>
          <w:lang w:val="ru-RU"/>
        </w:rPr>
        <w:t>Приказ Минпросвещения РФ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6802FCC1" w14:textId="77777777" w:rsidR="004F2450" w:rsidRDefault="00000000" w:rsidP="004F2450">
      <w:pPr>
        <w:pStyle w:val="a"/>
        <w:spacing w:after="0" w:line="240" w:lineRule="auto"/>
        <w:ind w:left="0" w:firstLine="0"/>
        <w:jc w:val="both"/>
        <w:rPr>
          <w:lang w:val="ru-RU"/>
        </w:rPr>
      </w:pPr>
      <w:r w:rsidRPr="004F2450">
        <w:rPr>
          <w:lang w:val="ru-RU"/>
        </w:rPr>
        <w:t>Письмо Минобрнауки РФ от 18.11.2015 № 09-3242 «Методические рекомендации по проектированию дополнительных общеразвивающих программ».</w:t>
      </w:r>
    </w:p>
    <w:p w14:paraId="46B2D16B" w14:textId="30FFFFBF" w:rsidR="00E66AFB" w:rsidRPr="004F2450" w:rsidRDefault="00000000" w:rsidP="004F2450">
      <w:pPr>
        <w:pStyle w:val="a"/>
        <w:spacing w:after="0" w:line="240" w:lineRule="auto"/>
        <w:ind w:left="0" w:firstLine="0"/>
        <w:jc w:val="both"/>
        <w:rPr>
          <w:lang w:val="ru-RU"/>
        </w:rPr>
      </w:pPr>
      <w:r w:rsidRPr="004F2450">
        <w:rPr>
          <w:lang w:val="ru-RU"/>
        </w:rPr>
        <w:t>СанПиН 2.4.3648-20 «Санитарно-эпидемиологические требования к организациям воспитания и обучения, отдыха и оздоровления детей и молодёжи».</w:t>
      </w:r>
    </w:p>
    <w:p w14:paraId="5518C00D" w14:textId="77777777" w:rsidR="00E66AFB" w:rsidRDefault="00000000" w:rsidP="0070234E">
      <w:pPr>
        <w:jc w:val="both"/>
      </w:pPr>
      <w:proofErr w:type="spellStart"/>
      <w:r>
        <w:rPr>
          <w:b/>
        </w:rPr>
        <w:t>Основная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литература</w:t>
      </w:r>
      <w:proofErr w:type="spellEnd"/>
      <w:r>
        <w:rPr>
          <w:b/>
        </w:rPr>
        <w:t>:</w:t>
      </w:r>
    </w:p>
    <w:p w14:paraId="318C85D2" w14:textId="77777777" w:rsidR="00E66AFB" w:rsidRPr="0070234E" w:rsidRDefault="00000000" w:rsidP="004F2450">
      <w:pPr>
        <w:pStyle w:val="a"/>
        <w:rPr>
          <w:lang w:val="ru-RU"/>
        </w:rPr>
      </w:pPr>
      <w:r w:rsidRPr="0070234E">
        <w:rPr>
          <w:lang w:val="ru-RU"/>
        </w:rPr>
        <w:t>Баранова Е.В., Савельева А.М. От рисования к лепке. — М.: Просвещение, 2016.</w:t>
      </w:r>
    </w:p>
    <w:p w14:paraId="76F68D9F" w14:textId="77777777" w:rsidR="00E66AFB" w:rsidRPr="0070234E" w:rsidRDefault="00000000" w:rsidP="004F2450">
      <w:pPr>
        <w:pStyle w:val="a"/>
        <w:rPr>
          <w:lang w:val="ru-RU"/>
        </w:rPr>
      </w:pPr>
      <w:r w:rsidRPr="0070234E">
        <w:rPr>
          <w:lang w:val="ru-RU"/>
        </w:rPr>
        <w:t>Гусакова М.А. Аппликация. — М.: Просвещение, 2017.</w:t>
      </w:r>
    </w:p>
    <w:p w14:paraId="6BA3FFC6" w14:textId="77777777" w:rsidR="00E66AFB" w:rsidRPr="0070234E" w:rsidRDefault="00000000" w:rsidP="004F2450">
      <w:pPr>
        <w:pStyle w:val="a"/>
        <w:rPr>
          <w:lang w:val="ru-RU"/>
        </w:rPr>
      </w:pPr>
      <w:r w:rsidRPr="0070234E">
        <w:rPr>
          <w:lang w:val="ru-RU"/>
        </w:rPr>
        <w:t>Комарова Т.С. Детское художественное творчество. — М.: Мозаика-Синтез, 2010.</w:t>
      </w:r>
    </w:p>
    <w:p w14:paraId="0D98483E" w14:textId="77777777" w:rsidR="00E66AFB" w:rsidRPr="0070234E" w:rsidRDefault="00000000" w:rsidP="004F2450">
      <w:pPr>
        <w:pStyle w:val="a"/>
        <w:rPr>
          <w:lang w:val="ru-RU"/>
        </w:rPr>
      </w:pPr>
      <w:r w:rsidRPr="0070234E">
        <w:rPr>
          <w:lang w:val="ru-RU"/>
        </w:rPr>
        <w:t>Комарова Т.С., Савенков А.И. Коллективное творчество дошкольников. — М.: Педагогическое общество России, 2013.</w:t>
      </w:r>
    </w:p>
    <w:p w14:paraId="26182900" w14:textId="77777777" w:rsidR="00E66AFB" w:rsidRPr="0070234E" w:rsidRDefault="00000000" w:rsidP="004F2450">
      <w:pPr>
        <w:pStyle w:val="a"/>
        <w:rPr>
          <w:lang w:val="ru-RU"/>
        </w:rPr>
      </w:pPr>
      <w:r w:rsidRPr="0070234E">
        <w:rPr>
          <w:lang w:val="ru-RU"/>
        </w:rPr>
        <w:t>Лыкова И.А. Изобразительная деятельность в детском саду. — М.: Карапуз, 2019.</w:t>
      </w:r>
    </w:p>
    <w:p w14:paraId="07E99A81" w14:textId="77777777" w:rsidR="00E66AFB" w:rsidRPr="0070234E" w:rsidRDefault="00000000" w:rsidP="004F2450">
      <w:pPr>
        <w:pStyle w:val="a"/>
        <w:rPr>
          <w:lang w:val="ru-RU"/>
        </w:rPr>
      </w:pPr>
      <w:r w:rsidRPr="0070234E">
        <w:rPr>
          <w:lang w:val="ru-RU"/>
        </w:rPr>
        <w:t>Никитина А.В. Нетрадиционные техники рисования в детском саду. — СПб.: Детство-Пресс, 2017.</w:t>
      </w:r>
    </w:p>
    <w:p w14:paraId="27D8EE81" w14:textId="77777777" w:rsidR="00E66AFB" w:rsidRPr="0070234E" w:rsidRDefault="00000000" w:rsidP="004F2450">
      <w:pPr>
        <w:pStyle w:val="a"/>
        <w:rPr>
          <w:lang w:val="ru-RU"/>
        </w:rPr>
      </w:pPr>
      <w:proofErr w:type="spellStart"/>
      <w:r w:rsidRPr="0070234E">
        <w:rPr>
          <w:lang w:val="ru-RU"/>
        </w:rPr>
        <w:t>Рангулова</w:t>
      </w:r>
      <w:proofErr w:type="spellEnd"/>
      <w:r w:rsidRPr="0070234E">
        <w:rPr>
          <w:lang w:val="ru-RU"/>
        </w:rPr>
        <w:t xml:space="preserve"> Н.Г. Лепка в детском саду. — М.: Просвещение, 2015.</w:t>
      </w:r>
    </w:p>
    <w:p w14:paraId="484281B6" w14:textId="77777777" w:rsidR="00E66AFB" w:rsidRPr="0070234E" w:rsidRDefault="00000000" w:rsidP="004F2450">
      <w:pPr>
        <w:pStyle w:val="a"/>
        <w:rPr>
          <w:lang w:val="ru-RU"/>
        </w:rPr>
      </w:pPr>
      <w:r w:rsidRPr="0070234E">
        <w:rPr>
          <w:lang w:val="ru-RU"/>
        </w:rPr>
        <w:t>Утехина Ю.Г. Ручной труд в детском саду. — М.: Мозаика-Синтез, 2014.</w:t>
      </w:r>
    </w:p>
    <w:p w14:paraId="3A76FB75" w14:textId="77777777" w:rsidR="00E66AFB" w:rsidRPr="0070234E" w:rsidRDefault="00000000" w:rsidP="0070234E">
      <w:pPr>
        <w:jc w:val="both"/>
        <w:rPr>
          <w:lang w:val="ru-RU"/>
        </w:rPr>
      </w:pPr>
      <w:r w:rsidRPr="0070234E">
        <w:rPr>
          <w:b/>
          <w:lang w:val="ru-RU"/>
        </w:rPr>
        <w:t>Дополнительная литература (национально-региональный компонент):</w:t>
      </w:r>
    </w:p>
    <w:p w14:paraId="01999744" w14:textId="77777777" w:rsidR="00E66AFB" w:rsidRPr="0070234E" w:rsidRDefault="00000000" w:rsidP="004F2450">
      <w:pPr>
        <w:pStyle w:val="a"/>
        <w:spacing w:after="0" w:line="240" w:lineRule="auto"/>
        <w:ind w:left="0" w:firstLine="0"/>
        <w:jc w:val="both"/>
        <w:rPr>
          <w:lang w:val="ru-RU"/>
        </w:rPr>
      </w:pPr>
      <w:r w:rsidRPr="0070234E">
        <w:rPr>
          <w:lang w:val="ru-RU"/>
        </w:rPr>
        <w:t xml:space="preserve">Гатина Г.Ф. Татарское декоративно-прикладное искусство. — Казань: </w:t>
      </w:r>
      <w:proofErr w:type="spellStart"/>
      <w:r w:rsidRPr="0070234E">
        <w:rPr>
          <w:lang w:val="ru-RU"/>
        </w:rPr>
        <w:t>Магариф</w:t>
      </w:r>
      <w:proofErr w:type="spellEnd"/>
      <w:r w:rsidRPr="0070234E">
        <w:rPr>
          <w:lang w:val="ru-RU"/>
        </w:rPr>
        <w:t>, 2012.</w:t>
      </w:r>
    </w:p>
    <w:p w14:paraId="7C4CC46C" w14:textId="77777777" w:rsidR="00E66AFB" w:rsidRPr="0070234E" w:rsidRDefault="00000000" w:rsidP="004F2450">
      <w:pPr>
        <w:pStyle w:val="a"/>
        <w:spacing w:after="0" w:line="240" w:lineRule="auto"/>
        <w:ind w:left="0" w:firstLine="0"/>
        <w:jc w:val="both"/>
        <w:rPr>
          <w:lang w:val="ru-RU"/>
        </w:rPr>
      </w:pPr>
      <w:r w:rsidRPr="0070234E">
        <w:rPr>
          <w:lang w:val="ru-RU"/>
        </w:rPr>
        <w:t>Яковлев В.Г. Татарские народные игрушки. — Казань: Татарское книжное издательство, 2010.</w:t>
      </w:r>
    </w:p>
    <w:p w14:paraId="28185055" w14:textId="77777777" w:rsidR="00E66AFB" w:rsidRPr="0070234E" w:rsidRDefault="00000000" w:rsidP="004F2450">
      <w:pPr>
        <w:pStyle w:val="a"/>
        <w:spacing w:after="0" w:line="240" w:lineRule="auto"/>
        <w:ind w:left="0" w:firstLine="0"/>
        <w:jc w:val="both"/>
        <w:rPr>
          <w:lang w:val="ru-RU"/>
        </w:rPr>
      </w:pPr>
      <w:r w:rsidRPr="0070234E">
        <w:rPr>
          <w:lang w:val="ru-RU"/>
        </w:rPr>
        <w:t>Шарифуллина Л.Х. Декоративно-прикладное искусство татар. — Казань: Мастер-лайн, 2015.</w:t>
      </w:r>
    </w:p>
    <w:p w14:paraId="47CE9DE0" w14:textId="77777777" w:rsidR="00E66AFB" w:rsidRPr="0070234E" w:rsidRDefault="00000000" w:rsidP="004F2450">
      <w:pPr>
        <w:pStyle w:val="a"/>
        <w:spacing w:after="0" w:line="240" w:lineRule="auto"/>
        <w:ind w:left="0" w:firstLine="0"/>
        <w:jc w:val="both"/>
        <w:rPr>
          <w:lang w:val="ru-RU"/>
        </w:rPr>
      </w:pPr>
      <w:r w:rsidRPr="0070234E">
        <w:rPr>
          <w:lang w:val="ru-RU"/>
        </w:rPr>
        <w:t>Файзуллина А.М. Орнаментальное искусство татарского народа. — Казань: Татарское книжное издательство, 2013.</w:t>
      </w:r>
    </w:p>
    <w:sectPr w:rsidR="00E66AFB" w:rsidRPr="0070234E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9506">
    <w:abstractNumId w:val="8"/>
  </w:num>
  <w:num w:numId="2" w16cid:durableId="542131345">
    <w:abstractNumId w:val="6"/>
  </w:num>
  <w:num w:numId="3" w16cid:durableId="1105727583">
    <w:abstractNumId w:val="5"/>
  </w:num>
  <w:num w:numId="4" w16cid:durableId="55053349">
    <w:abstractNumId w:val="4"/>
  </w:num>
  <w:num w:numId="5" w16cid:durableId="139884059">
    <w:abstractNumId w:val="7"/>
  </w:num>
  <w:num w:numId="6" w16cid:durableId="1890262654">
    <w:abstractNumId w:val="3"/>
  </w:num>
  <w:num w:numId="7" w16cid:durableId="1029834399">
    <w:abstractNumId w:val="2"/>
  </w:num>
  <w:num w:numId="8" w16cid:durableId="1468745509">
    <w:abstractNumId w:val="1"/>
  </w:num>
  <w:num w:numId="9" w16cid:durableId="1001664963">
    <w:abstractNumId w:val="0"/>
  </w:num>
  <w:num w:numId="10" w16cid:durableId="1374423915">
    <w:abstractNumId w:val="7"/>
    <w:lvlOverride w:ilvl="0">
      <w:startOverride w:val="1"/>
    </w:lvlOverride>
  </w:num>
  <w:num w:numId="11" w16cid:durableId="717558012">
    <w:abstractNumId w:val="7"/>
  </w:num>
  <w:num w:numId="12" w16cid:durableId="142765537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2450"/>
    <w:rsid w:val="0070234E"/>
    <w:rsid w:val="008369CD"/>
    <w:rsid w:val="00AA1D8D"/>
    <w:rsid w:val="00AD21C8"/>
    <w:rsid w:val="00B47730"/>
    <w:rsid w:val="00CB0664"/>
    <w:rsid w:val="00DD7C91"/>
    <w:rsid w:val="00E4422E"/>
    <w:rsid w:val="00E66A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B11C4"/>
  <w14:defaultImageDpi w14:val="300"/>
  <w15:docId w15:val="{49269927-8D16-457C-BC9B-F675094DB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11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16</Pages>
  <Words>3723</Words>
  <Characters>21223</Characters>
  <Application>Microsoft Office Word</Application>
  <DocSecurity>0</DocSecurity>
  <Lines>176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24897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Vera Atarskaya</cp:lastModifiedBy>
  <cp:revision>3</cp:revision>
  <dcterms:created xsi:type="dcterms:W3CDTF">2013-12-23T23:15:00Z</dcterms:created>
  <dcterms:modified xsi:type="dcterms:W3CDTF">2026-09-24T07:08:00Z</dcterms:modified>
  <cp:category/>
</cp:coreProperties>
</file>