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E48" w:rsidRDefault="001B56F0" w:rsidP="001B56F0">
      <w:pPr>
        <w:pStyle w:val="aa"/>
        <w:pBdr>
          <w:bottom w:val="single" w:sz="8" w:space="9" w:color="4F81BD" w:themeColor="accent1"/>
        </w:pBdr>
        <w:jc w:val="center"/>
        <w:rPr>
          <w:rFonts w:ascii="Times New Roman" w:hAnsi="Times New Roman" w:cs="Times New Roman"/>
          <w:spacing w:val="0"/>
          <w:sz w:val="36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noProof/>
          <w:color w:val="F79646" w:themeColor="accent6"/>
          <w:spacing w:val="0"/>
          <w:sz w:val="36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82421C1" wp14:editId="4D2FDAEE">
            <wp:simplePos x="0" y="0"/>
            <wp:positionH relativeFrom="column">
              <wp:posOffset>4794885</wp:posOffset>
            </wp:positionH>
            <wp:positionV relativeFrom="paragraph">
              <wp:posOffset>-209550</wp:posOffset>
            </wp:positionV>
            <wp:extent cx="1815465" cy="1902460"/>
            <wp:effectExtent l="0" t="0" r="0" b="2540"/>
            <wp:wrapThrough wrapText="bothSides">
              <wp:wrapPolygon edited="0">
                <wp:start x="12693" y="0"/>
                <wp:lineTo x="6800" y="2163"/>
                <wp:lineTo x="1360" y="3677"/>
                <wp:lineTo x="1360" y="7354"/>
                <wp:lineTo x="0" y="8219"/>
                <wp:lineTo x="1133" y="10814"/>
                <wp:lineTo x="680" y="13194"/>
                <wp:lineTo x="907" y="14275"/>
                <wp:lineTo x="2040" y="14275"/>
                <wp:lineTo x="2040" y="15140"/>
                <wp:lineTo x="5666" y="17736"/>
                <wp:lineTo x="6800" y="17736"/>
                <wp:lineTo x="4986" y="20115"/>
                <wp:lineTo x="5213" y="21413"/>
                <wp:lineTo x="6120" y="21413"/>
                <wp:lineTo x="9519" y="21196"/>
                <wp:lineTo x="16999" y="18817"/>
                <wp:lineTo x="16999" y="17736"/>
                <wp:lineTo x="20399" y="14275"/>
                <wp:lineTo x="21305" y="9517"/>
                <wp:lineTo x="16092" y="7354"/>
                <wp:lineTo x="16999" y="5623"/>
                <wp:lineTo x="16772" y="4109"/>
                <wp:lineTo x="15186" y="3893"/>
                <wp:lineTo x="14052" y="0"/>
                <wp:lineTo x="12693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S59gueNS2pmHUJf_Jp0p-PZCFK9K3rqAztKjxHKmIm6szP9Oew4Ug4AzywHQnEb8AYS3SrdwnrJPOKaCPNTq05A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797" r="98672">
                                  <a14:foregroundMark x1="35859" y1="46685" x2="42734" y2="42873"/>
                                  <a14:foregroundMark x1="56016" y1="51271" x2="61406" y2="4773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8" b="13959"/>
                    <a:stretch/>
                  </pic:blipFill>
                  <pic:spPr bwMode="auto">
                    <a:xfrm>
                      <a:off x="0" y="0"/>
                      <a:ext cx="1815465" cy="190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8DA" w:rsidRPr="00334E48">
        <w:rPr>
          <w:rFonts w:ascii="Times New Roman" w:hAnsi="Times New Roman" w:cs="Times New Roman"/>
          <w:spacing w:val="0"/>
          <w:sz w:val="36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</w:t>
      </w:r>
      <w:r w:rsidR="003168DA" w:rsidRPr="00334E48">
        <w:rPr>
          <w:rFonts w:ascii="Times New Roman" w:hAnsi="Times New Roman" w:cs="Times New Roman"/>
          <w:spacing w:val="0"/>
          <w:sz w:val="36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="003168DA" w:rsidRPr="00334E48">
        <w:rPr>
          <w:rFonts w:ascii="Times New Roman" w:hAnsi="Times New Roman" w:cs="Times New Roman"/>
          <w:spacing w:val="0"/>
          <w:sz w:val="36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«Осень: наблюдаем, гуляем, одеваемся правильно»</w:t>
      </w:r>
    </w:p>
    <w:p w:rsidR="00CC05B1" w:rsidRPr="001B56F0" w:rsidRDefault="003168DA" w:rsidP="001B56F0">
      <w:pPr>
        <w:pStyle w:val="aa"/>
        <w:pBdr>
          <w:bottom w:val="single" w:sz="8" w:space="9" w:color="4F81BD" w:themeColor="accent1"/>
        </w:pBdr>
        <w:jc w:val="center"/>
        <w:rPr>
          <w:rFonts w:ascii="Times New Roman" w:hAnsi="Times New Roman" w:cs="Times New Roman"/>
          <w:color w:val="984806" w:themeColor="accent6" w:themeShade="80"/>
          <w:spacing w:val="0"/>
          <w:sz w:val="36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B56F0">
        <w:rPr>
          <w:rFonts w:ascii="Times New Roman" w:hAnsi="Times New Roman" w:cs="Times New Roman"/>
          <w:i/>
          <w:color w:val="984806" w:themeColor="accent6" w:themeShade="80"/>
          <w:sz w:val="28"/>
          <w:szCs w:val="28"/>
          <w:lang w:val="ru-RU"/>
        </w:rPr>
        <w:t>Старшая группа</w:t>
      </w:r>
    </w:p>
    <w:p w:rsidR="00334E48" w:rsidRDefault="003168DA" w:rsidP="00334E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Осень — прекрасное время для совместных прогулок, наблюдений и разговоров с ребёнком. Природа меняется буквально на глазах, а каждая прогулка становится маленьким 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исследованием. Ниже — идеи для общения с ребёнком, игр и наблюдений, а также практические рекомендации по осенней одежде.</w:t>
      </w:r>
    </w:p>
    <w:p w:rsidR="00CC05B1" w:rsidRPr="00334E48" w:rsidRDefault="003168DA" w:rsidP="00334E48">
      <w:pPr>
        <w:spacing w:after="0"/>
        <w:ind w:firstLine="567"/>
        <w:jc w:val="both"/>
        <w:rPr>
          <w:rFonts w:ascii="Times New Roman" w:hAnsi="Times New Roman" w:cs="Times New Roman"/>
          <w:b/>
          <w:sz w:val="36"/>
          <w:szCs w:val="28"/>
          <w:lang w:val="ru-RU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34E48">
        <w:rPr>
          <w:rFonts w:ascii="Times New Roman" w:hAnsi="Times New Roman" w:cs="Times New Roman"/>
          <w:b/>
          <w:sz w:val="36"/>
          <w:szCs w:val="28"/>
          <w:lang w:val="ru-RU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Наблюдаем осенние изменения в природе</w:t>
      </w:r>
    </w:p>
    <w:p w:rsidR="00CC05B1" w:rsidRPr="00334E48" w:rsidRDefault="003168DA" w:rsidP="003168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Во время прогулок обращайте внимание ребёнка на сезонные изменения. Вспомните названия времён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 года и их последовательность: зима, весна, лето, осень.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Листья меняют цвет: летом они были зелёными, а осенью становятся жёлтыми, красными, оранжевыми и коричневыми. </w:t>
      </w:r>
      <w:r w:rsidRPr="00334E48">
        <w:rPr>
          <w:rFonts w:ascii="Times New Roman" w:hAnsi="Times New Roman" w:cs="Times New Roman"/>
          <w:sz w:val="28"/>
          <w:szCs w:val="28"/>
        </w:rPr>
        <w:t>Затем начинается листопад.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Рассмотрите ветку дерева после опадения листа. Можно заметить 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почки — дерево не погибло, а готовится к зиме. </w:t>
      </w:r>
      <w:r w:rsidRPr="00334E48">
        <w:rPr>
          <w:rFonts w:ascii="Times New Roman" w:hAnsi="Times New Roman" w:cs="Times New Roman"/>
          <w:sz w:val="28"/>
          <w:szCs w:val="28"/>
        </w:rPr>
        <w:t>Весной из почек появятся новые листья.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Насекомых становится меньше: реже слышны кузнечики, почти не видно бабочек и стрекоз. Многие насекомые прячутся от холода под корой, в щелях и других укромных местах.</w:t>
      </w:r>
    </w:p>
    <w:p w:rsidR="00334E48" w:rsidRPr="00334E48" w:rsidRDefault="003168DA" w:rsidP="00334E48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Наб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людайте за птицами. Обсудите, почему многие из них улетают в тёплые края: осенью становится меньше насекомых и другой доступной пищи. </w:t>
      </w:r>
      <w:r w:rsidRPr="00334E48">
        <w:rPr>
          <w:rFonts w:ascii="Times New Roman" w:hAnsi="Times New Roman" w:cs="Times New Roman"/>
          <w:sz w:val="28"/>
          <w:szCs w:val="28"/>
        </w:rPr>
        <w:t>Весной перелётные птицы вернутся.</w:t>
      </w:r>
    </w:p>
    <w:p w:rsidR="00334E48" w:rsidRDefault="003168DA" w:rsidP="00334E48">
      <w:pPr>
        <w:pStyle w:val="a0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34E48"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Осенняя прогулка: как одеть ребёнка комфортно</w:t>
      </w:r>
    </w:p>
    <w:p w:rsidR="00CC05B1" w:rsidRPr="00334E48" w:rsidRDefault="003168DA" w:rsidP="00334E48">
      <w:pPr>
        <w:pStyle w:val="a0"/>
        <w:numPr>
          <w:ilvl w:val="0"/>
          <w:numId w:val="0"/>
        </w:numPr>
        <w:ind w:firstLine="567"/>
        <w:jc w:val="both"/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Осенняя погода переменчива: утром может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 быть прохладно, днём теплее, а дождь и ветер способны быстро изменить ощущения. Одежда должна соответствовать погоде, размеру ребёнка и его активности.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Выбирайте удобные вещи, которые ребёнок может легко надеть и снять самостоятельно. Сложные застёжки и д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линные шнурки отнимают время и мешают развитию самостоятельности.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Одежда не должна быть слишком тесной. Свободная посадка позволяет двигаться и создаёт небольшой воздушный слой, который помогает сохранять тепло.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Предпочитайте материалы, в которых ребёнку к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омфортно двигаться. Важны не только состав ткани, но и погода, активность ребёнка и возможность быстро снять лишний слой.</w:t>
      </w:r>
    </w:p>
    <w:p w:rsidR="00334E48" w:rsidRDefault="003168DA" w:rsidP="00334E48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Практичный принцип для осени — многослойность: несколько лёгких слоёв проще регулировать, чем одна слишком тёплая вещь.</w:t>
      </w:r>
    </w:p>
    <w:p w:rsidR="00CC05B1" w:rsidRPr="00334E48" w:rsidRDefault="003168DA" w:rsidP="00334E48">
      <w:pPr>
        <w:pStyle w:val="a0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34E48"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Брюки, обувь и головной убор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Брюки должны позволять свободно приседать, наклоняться и бегать. </w:t>
      </w:r>
      <w:r w:rsidRPr="00334E48">
        <w:rPr>
          <w:rFonts w:ascii="Times New Roman" w:hAnsi="Times New Roman" w:cs="Times New Roman"/>
          <w:sz w:val="28"/>
          <w:szCs w:val="28"/>
        </w:rPr>
        <w:t>В дождливую погоду удобно использовать непромокаемый верхний слой.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Куртка должна защищать от ветра и влаги и не ограничивать движения.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Шапочка должна 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закрывать уши и затылок, но не перегревать ребёнка. </w:t>
      </w:r>
      <w:r w:rsidRPr="00334E48">
        <w:rPr>
          <w:rFonts w:ascii="Times New Roman" w:hAnsi="Times New Roman" w:cs="Times New Roman"/>
          <w:sz w:val="28"/>
          <w:szCs w:val="28"/>
        </w:rPr>
        <w:t>Выбирайте удобную посадку.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Для сырой погоды нужна обувь, которая защищает от влаги и хорошо фиксирует стопу. </w:t>
      </w:r>
      <w:r w:rsidRPr="00334E48">
        <w:rPr>
          <w:rFonts w:ascii="Times New Roman" w:hAnsi="Times New Roman" w:cs="Times New Roman"/>
          <w:sz w:val="28"/>
          <w:szCs w:val="28"/>
        </w:rPr>
        <w:t>Подошва должна быть гибкой и устойчивой.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Резиновые сапоги удобны для луж, но при длительном нош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ении в тёплую погоду ноги могут потеть. </w:t>
      </w:r>
      <w:r w:rsidRPr="00334E48">
        <w:rPr>
          <w:rFonts w:ascii="Times New Roman" w:hAnsi="Times New Roman" w:cs="Times New Roman"/>
          <w:sz w:val="28"/>
          <w:szCs w:val="28"/>
        </w:rPr>
        <w:t>Важно подобрать подходящие носки и учитывать температуру.</w:t>
      </w:r>
    </w:p>
    <w:p w:rsidR="00334E48" w:rsidRDefault="003168DA" w:rsidP="00334E48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Варежки обычно проще надевать самостоятельно, чем перчатки. Можно закрепить их на тесёмке или держателе, чтобы не потерять.</w:t>
      </w:r>
    </w:p>
    <w:p w:rsidR="00CC05B1" w:rsidRPr="00334E48" w:rsidRDefault="003168DA" w:rsidP="00334E48">
      <w:pPr>
        <w:pStyle w:val="a0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34E48"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Развиваем самостоятельность</w:t>
      </w:r>
    </w:p>
    <w:p w:rsidR="00334E48" w:rsidRDefault="003168DA" w:rsidP="00334E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Ежедневная прогулка — это не только свежий воздух и движение, но и возможность тренировать самост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оятельность. Давайте ребёнку время самому надеть куртку, шапку, обувь и убрать вещи на место. Помогайте там, где действительно нужна помощь, а то, что ребёнок уже умеет, позволяйте делать самому.</w:t>
      </w:r>
    </w:p>
    <w:p w:rsidR="00334E48" w:rsidRDefault="003168DA" w:rsidP="00334E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Помните: чем проще одежда в использовании, тем меньше времен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и уходит на сборы и тем больше времени остаётся на прогулку, игры и общение.</w:t>
      </w:r>
    </w:p>
    <w:p w:rsidR="00CC05B1" w:rsidRPr="00334E48" w:rsidRDefault="003168DA" w:rsidP="003168DA">
      <w:pPr>
        <w:spacing w:after="0"/>
        <w:ind w:firstLine="426"/>
        <w:jc w:val="both"/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34E48"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Что можно сделать вместе с ребёнком дома и на прогулке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Рассмотреть картинки ранней и поздней осени и сравнить внешний вид деревьев.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Сравнить одежду людей в начале и конце осени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Понаблюдать, как меняется погода: стало теплее или холоднее, больше ли дождей, как изменился световой день.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Обсудить, куда и почему улетают птицы.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Нарисовать одно дерево ранней осенью и то же дерево поздней осенью. </w:t>
      </w:r>
      <w:r w:rsidRPr="00334E48">
        <w:rPr>
          <w:rFonts w:ascii="Times New Roman" w:hAnsi="Times New Roman" w:cs="Times New Roman"/>
          <w:sz w:val="28"/>
          <w:szCs w:val="28"/>
        </w:rPr>
        <w:t>Сравнить рисунки.</w:t>
      </w:r>
    </w:p>
    <w:p w:rsidR="003168DA" w:rsidRDefault="003168DA" w:rsidP="00334E48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Попросить ребёнка 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рассказать, что он наденет на осеннюю прогулку и что возьмёт с собой, чтобы не промокнуть.</w:t>
      </w:r>
    </w:p>
    <w:p w:rsidR="00CC05B1" w:rsidRPr="003168DA" w:rsidRDefault="003168DA" w:rsidP="003168DA">
      <w:pPr>
        <w:pStyle w:val="a0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3168DA">
        <w:rPr>
          <w:rFonts w:ascii="Times New Roman" w:hAnsi="Times New Roman" w:cs="Times New Roman"/>
          <w:b/>
          <w:sz w:val="36"/>
          <w:szCs w:val="28"/>
          <w:lang w:val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Речевые игры и задания</w:t>
      </w:r>
    </w:p>
    <w:p w:rsidR="00CC05B1" w:rsidRPr="00334E48" w:rsidRDefault="003168DA" w:rsidP="003168DA">
      <w:pPr>
        <w:pStyle w:val="21"/>
        <w:spacing w:before="0"/>
        <w:rPr>
          <w:rFonts w:ascii="Times New Roman" w:hAnsi="Times New Roman" w:cs="Times New Roman"/>
          <w:color w:val="984806" w:themeColor="accent6" w:themeShade="80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color w:val="984806" w:themeColor="accent6" w:themeShade="80"/>
          <w:sz w:val="28"/>
          <w:szCs w:val="28"/>
          <w:lang w:val="ru-RU"/>
        </w:rPr>
        <w:t>«Какие деревья ты знаешь?»</w:t>
      </w:r>
    </w:p>
    <w:p w:rsidR="001B56F0" w:rsidRDefault="003168DA" w:rsidP="001B56F0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Предложите ребёнку назвать деревья и их части: ствол, корни, ветки, листья.</w:t>
      </w:r>
    </w:p>
    <w:p w:rsidR="001B56F0" w:rsidRDefault="003168DA" w:rsidP="001B56F0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34E48">
        <w:rPr>
          <w:rFonts w:ascii="Times New Roman" w:hAnsi="Times New Roman" w:cs="Times New Roman"/>
          <w:sz w:val="28"/>
          <w:szCs w:val="28"/>
          <w:lang w:val="ru-RU"/>
        </w:rPr>
        <w:t>Потренируйтесь образовывать прилагат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ельные: лист берёзы — берёзовый; лист дуба — дубовый; лист клёна — кленовый; лист осины — осиновый.</w:t>
      </w:r>
      <w:proofErr w:type="gramEnd"/>
    </w:p>
    <w:p w:rsidR="001B56F0" w:rsidRDefault="003168DA" w:rsidP="001B56F0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34E48">
        <w:rPr>
          <w:rFonts w:ascii="Times New Roman" w:hAnsi="Times New Roman" w:cs="Times New Roman"/>
          <w:sz w:val="28"/>
          <w:szCs w:val="28"/>
          <w:lang w:val="ru-RU"/>
        </w:rPr>
        <w:t>Потренируйтесь образовывать множест</w:t>
      </w:r>
      <w:r w:rsidR="001B56F0">
        <w:rPr>
          <w:rFonts w:ascii="Times New Roman" w:hAnsi="Times New Roman" w:cs="Times New Roman"/>
          <w:sz w:val="28"/>
          <w:szCs w:val="28"/>
          <w:lang w:val="ru-RU"/>
        </w:rPr>
        <w:t xml:space="preserve">венное число: дерево — деревья, 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ствол — стволы, берёза — берёзы, дуб — дубы, рябина — рябины, тополь — тополя, осина — 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осины, клён — клёны.</w:t>
      </w:r>
      <w:proofErr w:type="gramEnd"/>
    </w:p>
    <w:p w:rsidR="00CC05B1" w:rsidRPr="001B56F0" w:rsidRDefault="003168DA" w:rsidP="003168DA">
      <w:pPr>
        <w:spacing w:after="0"/>
        <w:ind w:firstLine="3119"/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B56F0"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Стихотворение для заучивания</w:t>
      </w:r>
    </w:p>
    <w:p w:rsidR="00CC05B1" w:rsidRPr="00334E48" w:rsidRDefault="003168DA" w:rsidP="001B56F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D0B2DAD" wp14:editId="30E437E4">
            <wp:simplePos x="0" y="0"/>
            <wp:positionH relativeFrom="column">
              <wp:posOffset>-243840</wp:posOffset>
            </wp:positionH>
            <wp:positionV relativeFrom="paragraph">
              <wp:posOffset>55245</wp:posOffset>
            </wp:positionV>
            <wp:extent cx="1390650" cy="1668780"/>
            <wp:effectExtent l="0" t="0" r="0" b="7620"/>
            <wp:wrapThrough wrapText="bothSides">
              <wp:wrapPolygon edited="0">
                <wp:start x="4734" y="0"/>
                <wp:lineTo x="888" y="7890"/>
                <wp:lineTo x="592" y="12329"/>
                <wp:lineTo x="888" y="13562"/>
                <wp:lineTo x="2367" y="15781"/>
                <wp:lineTo x="2367" y="17507"/>
                <wp:lineTo x="8581" y="19726"/>
                <wp:lineTo x="13315" y="19726"/>
                <wp:lineTo x="14499" y="21452"/>
                <wp:lineTo x="15682" y="21452"/>
                <wp:lineTo x="16274" y="21452"/>
                <wp:lineTo x="16274" y="20466"/>
                <wp:lineTo x="15682" y="19726"/>
                <wp:lineTo x="19233" y="15781"/>
                <wp:lineTo x="21304" y="12329"/>
                <wp:lineTo x="20416" y="7890"/>
                <wp:lineTo x="19825" y="7644"/>
                <wp:lineTo x="17753" y="5425"/>
                <wp:lineTo x="15682" y="3945"/>
                <wp:lineTo x="6214" y="0"/>
                <wp:lineTo x="473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03A1gefocIw0DB70gLqV-uQtiPUoguOyCo5CCs6nIYdKlHRRGI3HsNiBymmaAeYJMcyIB2hKPZ1ivuqNiJ0x0wY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326" b="90000" l="3750" r="97031">
                                  <a14:foregroundMark x1="59219" y1="50939" x2="72813" y2="42983"/>
                                  <a14:foregroundMark x1="30000" y1="42983" x2="40938" y2="36354"/>
                                  <a14:foregroundMark x1="61953" y1="43812" x2="64688" y2="43536"/>
                                  <a14:foregroundMark x1="59219" y1="47403" x2="61953" y2="43812"/>
                                  <a14:foregroundMark x1="31172" y1="40221" x2="36641" y2="355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5" b="12396"/>
                    <a:stretch/>
                  </pic:blipFill>
                  <pic:spPr bwMode="auto">
                    <a:xfrm flipH="1">
                      <a:off x="0" y="0"/>
                      <a:ext cx="1390650" cy="166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E48">
        <w:rPr>
          <w:rFonts w:ascii="Times New Roman" w:hAnsi="Times New Roman" w:cs="Times New Roman"/>
          <w:b/>
          <w:sz w:val="28"/>
          <w:szCs w:val="28"/>
          <w:lang w:val="ru-RU"/>
        </w:rPr>
        <w:t>Подарки осени</w:t>
      </w:r>
      <w:proofErr w:type="gramStart"/>
      <w:r w:rsidRPr="00334E48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End"/>
      <w:r w:rsidRPr="00334E48">
        <w:rPr>
          <w:rFonts w:ascii="Times New Roman" w:hAnsi="Times New Roman" w:cs="Times New Roman"/>
          <w:sz w:val="28"/>
          <w:szCs w:val="28"/>
          <w:lang w:val="ru-RU"/>
        </w:rPr>
        <w:t>одит осень в нашем парке,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br/>
        <w:t>Дарит осень всем подарки: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br/>
        <w:t>Бусы красные — рябине,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br/>
        <w:t>Фартук розовый — осине,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br/>
        <w:t>Зонтик жёлтый — тополям,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br/>
        <w:t>Фрукты осень дарит нам.</w:t>
      </w:r>
    </w:p>
    <w:p w:rsidR="001B56F0" w:rsidRDefault="003168DA" w:rsidP="001B56F0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</w:t>
      </w:r>
      <w:r w:rsidRPr="001B56F0">
        <w:rPr>
          <w:rFonts w:ascii="Times New Roman" w:hAnsi="Times New Roman" w:cs="Times New Roman"/>
          <w:i/>
          <w:sz w:val="28"/>
          <w:szCs w:val="28"/>
          <w:lang w:val="ru-RU"/>
        </w:rPr>
        <w:t>Вопрос для ребёнка: «Кому что дарит осен</w:t>
      </w:r>
      <w:r w:rsidRPr="001B56F0">
        <w:rPr>
          <w:rFonts w:ascii="Times New Roman" w:hAnsi="Times New Roman" w:cs="Times New Roman"/>
          <w:i/>
          <w:sz w:val="28"/>
          <w:szCs w:val="28"/>
          <w:lang w:val="ru-RU"/>
        </w:rPr>
        <w:t>ь?»</w:t>
      </w:r>
    </w:p>
    <w:p w:rsidR="00CC05B1" w:rsidRPr="003168DA" w:rsidRDefault="003168DA" w:rsidP="003168DA">
      <w:pPr>
        <w:spacing w:after="0"/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B56F0">
        <w:rPr>
          <w:rFonts w:ascii="Times New Roman" w:hAnsi="Times New Roman" w:cs="Times New Roman"/>
          <w:b/>
          <w:sz w:val="36"/>
          <w:szCs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Читаем детям</w:t>
      </w:r>
    </w:p>
    <w:p w:rsidR="00CC05B1" w:rsidRPr="003168DA" w:rsidRDefault="003168DA" w:rsidP="003168DA">
      <w:pPr>
        <w:pStyle w:val="a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168DA">
        <w:rPr>
          <w:rFonts w:ascii="Times New Roman" w:hAnsi="Times New Roman" w:cs="Times New Roman"/>
          <w:sz w:val="28"/>
          <w:szCs w:val="28"/>
          <w:lang w:val="ru-RU"/>
        </w:rPr>
        <w:t>Н. Абрамова — «Осенняя сказка»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А. Лукьянова — «</w:t>
      </w:r>
      <w:proofErr w:type="gramStart"/>
      <w:r w:rsidRPr="00334E48">
        <w:rPr>
          <w:rFonts w:ascii="Times New Roman" w:hAnsi="Times New Roman" w:cs="Times New Roman"/>
          <w:sz w:val="28"/>
          <w:szCs w:val="28"/>
          <w:lang w:val="ru-RU"/>
        </w:rPr>
        <w:t>Сказка про начало</w:t>
      </w:r>
      <w:proofErr w:type="gramEnd"/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 зимы»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 xml:space="preserve">Л. Соколова — «Сказка </w:t>
      </w:r>
      <w:r w:rsidRPr="00334E48">
        <w:rPr>
          <w:rFonts w:ascii="Times New Roman" w:hAnsi="Times New Roman" w:cs="Times New Roman"/>
          <w:sz w:val="28"/>
          <w:szCs w:val="28"/>
          <w:lang w:val="ru-RU"/>
        </w:rPr>
        <w:t>про то, как лисичка про осень узнала»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334E48">
        <w:rPr>
          <w:rFonts w:ascii="Times New Roman" w:hAnsi="Times New Roman" w:cs="Times New Roman"/>
          <w:sz w:val="28"/>
          <w:szCs w:val="28"/>
          <w:lang w:val="ru-RU"/>
        </w:rPr>
        <w:t>И. Соколов-Микитов — «Рассказы о животных»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</w:rPr>
        <w:t>А. Плещеев — «Осенняя песенка»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</w:rPr>
        <w:t>В. Берестов — «Уроки листопада»</w:t>
      </w:r>
    </w:p>
    <w:p w:rsidR="00CC05B1" w:rsidRPr="00334E48" w:rsidRDefault="003168DA">
      <w:pPr>
        <w:pStyle w:val="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79646" w:themeColor="accent6"/>
          <w:sz w:val="36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44ACA16B" wp14:editId="2DB95320">
            <wp:simplePos x="0" y="0"/>
            <wp:positionH relativeFrom="column">
              <wp:posOffset>4446270</wp:posOffset>
            </wp:positionH>
            <wp:positionV relativeFrom="paragraph">
              <wp:posOffset>41910</wp:posOffset>
            </wp:positionV>
            <wp:extent cx="2180590" cy="2514600"/>
            <wp:effectExtent l="0" t="0" r="0" b="0"/>
            <wp:wrapThrough wrapText="bothSides">
              <wp:wrapPolygon edited="0">
                <wp:start x="9624" y="0"/>
                <wp:lineTo x="6038" y="2782"/>
                <wp:lineTo x="4151" y="3927"/>
                <wp:lineTo x="944" y="7527"/>
                <wp:lineTo x="189" y="10145"/>
                <wp:lineTo x="377" y="11291"/>
                <wp:lineTo x="3963" y="13255"/>
                <wp:lineTo x="5095" y="13255"/>
                <wp:lineTo x="5850" y="15873"/>
                <wp:lineTo x="1510" y="19309"/>
                <wp:lineTo x="1698" y="20945"/>
                <wp:lineTo x="14341" y="21436"/>
                <wp:lineTo x="15285" y="21436"/>
                <wp:lineTo x="17738" y="21109"/>
                <wp:lineTo x="18493" y="19800"/>
                <wp:lineTo x="18681" y="17345"/>
                <wp:lineTo x="16417" y="15873"/>
                <wp:lineTo x="19436" y="13255"/>
                <wp:lineTo x="20191" y="13255"/>
                <wp:lineTo x="21323" y="11618"/>
                <wp:lineTo x="21135" y="5073"/>
                <wp:lineTo x="19814" y="3600"/>
                <wp:lineTo x="18493" y="2782"/>
                <wp:lineTo x="19059" y="1636"/>
                <wp:lineTo x="17927" y="818"/>
                <wp:lineTo x="14719" y="0"/>
                <wp:lineTo x="9624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70uKQtdjDlz81b8Iq7-niI3UfDN_2c889qgRu2r7Y3Z00RiCa1KZbVBS783yqXBK0bj_eWWNaTBik1vZyoaTT6.jpg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4862" b="90000" l="625" r="99141">
                                  <a14:foregroundMark x1="40078" y1="63094" x2="40078" y2="57790"/>
                                  <a14:foregroundMark x1="61875" y1="56464" x2="63984" y2="5977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5" b="13626"/>
                    <a:stretch/>
                  </pic:blipFill>
                  <pic:spPr bwMode="auto">
                    <a:xfrm flipH="1">
                      <a:off x="0" y="0"/>
                      <a:ext cx="218059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E48">
        <w:rPr>
          <w:rFonts w:ascii="Times New Roman" w:hAnsi="Times New Roman" w:cs="Times New Roman"/>
          <w:sz w:val="28"/>
          <w:szCs w:val="28"/>
        </w:rPr>
        <w:t>А. Пушкин — «Осень»</w:t>
      </w:r>
    </w:p>
    <w:p w:rsidR="001B56F0" w:rsidRPr="001B56F0" w:rsidRDefault="003168DA" w:rsidP="001B56F0">
      <w:pPr>
        <w:pStyle w:val="a0"/>
        <w:rPr>
          <w:rFonts w:ascii="Times New Roman" w:hAnsi="Times New Roman" w:cs="Times New Roman"/>
          <w:sz w:val="28"/>
          <w:szCs w:val="28"/>
        </w:rPr>
      </w:pPr>
      <w:r w:rsidRPr="00334E48">
        <w:rPr>
          <w:rFonts w:ascii="Times New Roman" w:hAnsi="Times New Roman" w:cs="Times New Roman"/>
          <w:sz w:val="28"/>
          <w:szCs w:val="28"/>
        </w:rPr>
        <w:t>И. Бунин — «Листопад»</w:t>
      </w:r>
    </w:p>
    <w:p w:rsidR="00CC05B1" w:rsidRPr="001B56F0" w:rsidRDefault="003168DA">
      <w:pPr>
        <w:jc w:val="center"/>
        <w:rPr>
          <w:rFonts w:asciiTheme="minorHAnsi" w:hAnsiTheme="minorHAnsi" w:cs="Times New Roman"/>
          <w:i/>
          <w:color w:val="984806" w:themeColor="accent6" w:themeShade="80"/>
          <w:sz w:val="36"/>
          <w:szCs w:val="28"/>
          <w:lang w:val="ru-RU"/>
        </w:rPr>
      </w:pPr>
      <w:r w:rsidRPr="001B56F0"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8"/>
          <w:lang w:val="ru-RU"/>
        </w:rPr>
        <w:t>Тёплой, безопасной и познавательной осени ва</w:t>
      </w:r>
      <w:bookmarkStart w:id="0" w:name="_GoBack"/>
      <w:bookmarkEnd w:id="0"/>
      <w:r w:rsidRPr="001B56F0"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8"/>
          <w:lang w:val="ru-RU"/>
        </w:rPr>
        <w:t>шим детям!</w:t>
      </w:r>
      <w:r w:rsidRPr="001B56F0"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8"/>
          <w:lang w:val="ru-RU"/>
        </w:rPr>
        <w:t xml:space="preserve"> </w:t>
      </w:r>
    </w:p>
    <w:sectPr w:rsidR="00CC05B1" w:rsidRPr="001B56F0" w:rsidSect="001B56F0">
      <w:pgSz w:w="12240" w:h="15840"/>
      <w:pgMar w:top="1020" w:right="1134" w:bottom="1020" w:left="1134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56F0"/>
    <w:rsid w:val="0029639D"/>
    <w:rsid w:val="003168DA"/>
    <w:rsid w:val="00326F90"/>
    <w:rsid w:val="00334E48"/>
    <w:rsid w:val="00AA1D8D"/>
    <w:rsid w:val="00B47730"/>
    <w:rsid w:val="00CB0664"/>
    <w:rsid w:val="00CC05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B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B5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B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B5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E2FC02-2A1F-4D78-8A7B-8815CFCE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Мария</cp:lastModifiedBy>
  <cp:revision>2</cp:revision>
  <dcterms:created xsi:type="dcterms:W3CDTF">2026-09-12T13:15:00Z</dcterms:created>
  <dcterms:modified xsi:type="dcterms:W3CDTF">2026-09-12T13:15:00Z</dcterms:modified>
</cp:coreProperties>
</file>